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</w:t>
      </w:r>
    </w:p>
    <w:p/>
    <w:p/>
    <w:p>
      <w:r>
        <w:rPr>
          <w:b w:val="0"/>
          <w:sz w:val="20"/>
        </w:rPr>
        <w:t>To Whom It May Concern:</w:t>
      </w:r>
    </w:p>
    <w:p/>
    <w:p>
      <w:r>
        <w:rPr>
          <w:b w:val="0"/>
          <w:sz w:val="20"/>
        </w:rPr>
        <w:t>I am pleased to write this letter of recommendation on behalf of the individual named below, whose qualifications, character, and achievements I have had the opportunity to observe and assess. It is my firm belief that this individual will bring valuable skills, integrity, and professionalism to any endeavor they undertake.</w:t>
      </w:r>
    </w:p>
    <w:p/>
    <w:p>
      <w:r>
        <w:rPr>
          <w:b/>
          <w:sz w:val="20"/>
        </w:rPr>
        <w:t>Candidate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Current Position/Title: ________________________________________________</w:t>
      </w:r>
    </w:p>
    <w:p>
      <w:r>
        <w:rPr>
          <w:b w:val="0"/>
          <w:sz w:val="20"/>
        </w:rPr>
        <w:t>Organization/Institution: _____________________________________________</w:t>
      </w:r>
    </w:p>
    <w:p>
      <w:r>
        <w:rPr>
          <w:b w:val="0"/>
          <w:sz w:val="20"/>
        </w:rPr>
        <w:t>Contact Information: _________________________________________________</w:t>
      </w:r>
    </w:p>
    <w:p/>
    <w:p>
      <w:r>
        <w:rPr>
          <w:b/>
          <w:sz w:val="20"/>
        </w:rPr>
        <w:t>Relationship to Candidate:</w:t>
      </w:r>
    </w:p>
    <w:p>
      <w:r>
        <w:rPr>
          <w:b w:val="0"/>
          <w:sz w:val="20"/>
        </w:rPr>
        <w:t>Please describe your relationship to the candidate, including duration and context of acquaintance: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Professional Qualifications and Skills:</w:t>
      </w:r>
    </w:p>
    <w:p>
      <w:r>
        <w:rPr>
          <w:b w:val="0"/>
          <w:sz w:val="20"/>
        </w:rPr>
        <w:t>Outline the candidate's relevant qualifications, skills, accomplishments, and attributes that you have directly observed or are aware of: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Work Ethic and Character:</w:t>
      </w:r>
    </w:p>
    <w:p>
      <w:r>
        <w:rPr>
          <w:b w:val="0"/>
          <w:sz w:val="20"/>
        </w:rPr>
        <w:t>Comment on the candidate's reliability, integrity, interpersonal skills, and other personal qualities relevant to their professional or academic pursuits: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Specific Achievements or Contributions:</w:t>
      </w:r>
    </w:p>
    <w:p>
      <w:r>
        <w:rPr>
          <w:b w:val="0"/>
          <w:sz w:val="20"/>
        </w:rPr>
        <w:t>Detail any noteworthy achievements, projects, leadership roles, or contributions that the candidate has made during your acquaintance: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Suitability and Recommendation:</w:t>
      </w:r>
    </w:p>
    <w:p>
      <w:r>
        <w:rPr>
          <w:b w:val="0"/>
          <w:sz w:val="20"/>
        </w:rPr>
        <w:t>Based on my knowledge and experience with the candidate, I confidently recommend them for the opportunity or position they seek. I am convinced they will perform with excellence and uphold the highest standards of conduct.</w:t>
      </w:r>
    </w:p>
    <w:p/>
    <w:p>
      <w:r>
        <w:rPr>
          <w:b w:val="0"/>
          <w:sz w:val="20"/>
        </w:rPr>
        <w:t>Please feel free to contact me should you require any additional information or clarification regarding my recommendation.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Recommender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Date: ________________________________</w:t>
            </w:r>
          </w:p>
        </w:tc>
      </w:tr>
    </w:tbl>
    <w:p/>
    <w:p/>
    <w:p>
      <w:r>
        <w:rPr>
          <w:b/>
          <w:sz w:val="20"/>
        </w:rPr>
        <w:t>Recommender Contact Information:</w:t>
      </w:r>
    </w:p>
    <w:p>
      <w:r>
        <w:rPr>
          <w:b w:val="0"/>
          <w:sz w:val="20"/>
        </w:rPr>
        <w:t>Phone: 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</w:t>
      </w:r>
    </w:p>
    <w:p/>
    <w:p>
      <w:r>
        <w:rPr>
          <w:b/>
          <w:sz w:val="20"/>
        </w:rPr>
        <w:t>This Letter of Recommendation is provided voluntarily and reflects my honest assessment. It is intended to be legally compliant and enforceable under United States law.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https://letterdocs-us.com/letter-of-recommendation-email/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of-recommendation-email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