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 OF RECOMMENDATION REQUEST</w:t>
      </w:r>
    </w:p>
    <w:p/>
    <w:p/>
    <w:p>
      <w:r>
        <w:rPr>
          <w:b/>
          <w:sz w:val="20"/>
        </w:rPr>
        <w:t>Recipient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________________________________________________________</w:t>
      </w:r>
    </w:p>
    <w:p>
      <w:r>
        <w:rPr>
          <w:b w:val="0"/>
          <w:sz w:val="20"/>
        </w:rPr>
        <w:t>Organization: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/>
          <w:sz w:val="20"/>
        </w:rPr>
        <w:t>Sender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Title/Position: ________________________________________________________</w:t>
      </w:r>
    </w:p>
    <w:p>
      <w:r>
        <w:rPr>
          <w:b w:val="0"/>
          <w:sz w:val="20"/>
        </w:rPr>
        <w:t>Organization (if applicable): __________________________________________</w:t>
      </w:r>
    </w:p>
    <w:p>
      <w:r>
        <w:rPr>
          <w:b w:val="0"/>
          <w:sz w:val="20"/>
        </w:rPr>
        <w:t>Address: 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</w:t>
      </w:r>
    </w:p>
    <w:p/>
    <w:p/>
    <w:p>
      <w:r>
        <w:rPr>
          <w:b w:val="0"/>
          <w:sz w:val="20"/>
        </w:rPr>
        <w:t>Dear ____________________________,</w:t>
      </w:r>
    </w:p>
    <w:p/>
    <w:p>
      <w:r>
        <w:rPr>
          <w:b w:val="0"/>
          <w:sz w:val="20"/>
        </w:rPr>
        <w:t>I am writing to respectfully request a letter of recommendation from you. I greatly value your insight and professional judgment, and your endorsement would be instrumental in supporting my application for the opportunity described below.</w:t>
      </w:r>
    </w:p>
    <w:p/>
    <w:p>
      <w:r>
        <w:rPr>
          <w:b/>
          <w:sz w:val="20"/>
        </w:rPr>
        <w:t>Purpose of Recommendation:</w:t>
      </w:r>
    </w:p>
    <w:p>
      <w:r>
        <w:rPr>
          <w:b w:val="0"/>
          <w:sz w:val="20"/>
        </w:rPr>
        <w:t>Please specify the opportunity or position for which this recommendation is intended (e.g., academic program, employment, professional certification):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Description of Relationship:</w:t>
      </w:r>
    </w:p>
    <w:p>
      <w:r>
        <w:rPr>
          <w:b w:val="0"/>
          <w:sz w:val="20"/>
        </w:rPr>
        <w:t>Please provide details about our professional or academic relationship, including duration, context, and capacity in which you have known me: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Key Strengths and Qualifications:</w:t>
      </w:r>
    </w:p>
    <w:p>
      <w:r>
        <w:rPr>
          <w:b w:val="0"/>
          <w:sz w:val="20"/>
        </w:rPr>
        <w:t>It would be helpful if you could address some of my strengths, skills, accomplishments, and character traits relevant to the opportunity: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Additional Information:</w:t>
      </w:r>
    </w:p>
    <w:p>
      <w:r>
        <w:rPr>
          <w:b w:val="0"/>
          <w:sz w:val="20"/>
        </w:rPr>
        <w:t>If there is any other information or context you believe would strengthen the recommendation, please include it:</w:t>
      </w:r>
    </w:p>
    <w:p>
      <w:r>
        <w:rPr>
          <w:b w:val="0"/>
          <w:sz w:val="20"/>
        </w:rPr>
        <w:t>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</w:t>
      </w:r>
    </w:p>
    <w:p/>
    <w:p>
      <w:r>
        <w:rPr>
          <w:b/>
          <w:sz w:val="20"/>
        </w:rPr>
        <w:t>Confidentiality Assurance:</w:t>
      </w:r>
    </w:p>
    <w:p>
      <w:r>
        <w:rPr>
          <w:b w:val="0"/>
          <w:sz w:val="20"/>
        </w:rPr>
        <w:t>I understand and respect that your recommendation is a confidential and candid assessment. Please feel free to express your honest evaluation to ensure the recommendation's credibility and impact.</w:t>
      </w:r>
    </w:p>
    <w:p/>
    <w:p>
      <w:r>
        <w:rPr>
          <w:b/>
          <w:sz w:val="20"/>
        </w:rPr>
        <w:t>Timeline and Submission Instructions:</w:t>
      </w:r>
    </w:p>
    <w:p>
      <w:r>
        <w:rPr>
          <w:b w:val="0"/>
          <w:sz w:val="20"/>
        </w:rPr>
        <w:t>If possible, I kindly request that the letter be completed by _______________________.</w:t>
      </w:r>
    </w:p>
    <w:p>
      <w:r>
        <w:rPr>
          <w:b w:val="0"/>
          <w:sz w:val="20"/>
        </w:rPr>
        <w:t>Please submit the letter directly to: ______________________________________</w:t>
      </w:r>
    </w:p>
    <w:p>
      <w:r>
        <w:rPr>
          <w:b w:val="0"/>
          <w:sz w:val="20"/>
        </w:rPr>
        <w:t>Address/Email: __________________________________________________________</w:t>
      </w:r>
    </w:p>
    <w:p/>
    <w:p>
      <w:r>
        <w:rPr>
          <w:b w:val="0"/>
          <w:sz w:val="20"/>
        </w:rPr>
        <w:t>Thank you very much for considering this request. I truly appreciate your time and support.</w:t>
      </w:r>
    </w:p>
    <w:p/>
    <w:p/>
    <w:p>
      <w:r>
        <w:rPr>
          <w:b w:val="0"/>
          <w:sz w:val="20"/>
        </w:rPr>
        <w:t>Sincerely,</w:t>
      </w:r>
    </w:p>
    <w:p/>
    <w:p/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Signature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Printed Name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REQUESTER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https://letterdocs-us.com/letter-of-recommendation-asking/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https://letterdocs-us.com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letterdocs-us.com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docs-us.com/letter-of-recommendation-asking/" TargetMode="External"/><Relationship Id="rId10" Type="http://schemas.openxmlformats.org/officeDocument/2006/relationships/hyperlink" Target="https://letterdocs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