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INTRODUCTION - TEACHER</w:t>
      </w:r>
    </w:p>
    <w:p/>
    <w:p/>
    <w:p>
      <w:r>
        <w:rPr>
          <w:b w:val="0"/>
          <w:sz w:val="20"/>
        </w:rPr>
        <w:t>Recipient Name:</w:t>
      </w:r>
    </w:p>
    <w:p>
      <w:r>
        <w:rPr>
          <w:b w:val="0"/>
          <w:sz w:val="20"/>
        </w:rPr>
        <w:t>Title/Position:</w:t>
      </w:r>
    </w:p>
    <w:p>
      <w:r>
        <w:rPr>
          <w:b w:val="0"/>
          <w:sz w:val="20"/>
        </w:rPr>
        <w:t>Institution/Organization:</w:t>
      </w:r>
    </w:p>
    <w:p>
      <w:r>
        <w:rPr>
          <w:b w:val="0"/>
          <w:sz w:val="20"/>
        </w:rPr>
        <w:t>Address:</w:t>
      </w:r>
    </w:p>
    <w:p/>
    <w:p/>
    <w:p>
      <w:r>
        <w:rPr>
          <w:b w:val="0"/>
          <w:sz w:val="20"/>
        </w:rPr>
        <w:t>Dear Sir or Madam,</w:t>
      </w:r>
    </w:p>
    <w:p/>
    <w:p>
      <w:r>
        <w:rPr>
          <w:b w:val="0"/>
          <w:sz w:val="20"/>
        </w:rPr>
        <w:t>I am writing to introduce myself as a dedicated and qualified educator seeking to contribute my skills and experience to your esteemed institution. It is my intention to provide exceptional teaching services aligned with the highest educational standards and to foster an environment of learning and growth.</w:t>
      </w:r>
    </w:p>
    <w:p/>
    <w:p>
      <w:r>
        <w:rPr>
          <w:b/>
          <w:sz w:val="20"/>
        </w:rPr>
        <w:t>Personal Information:</w:t>
      </w:r>
    </w:p>
    <w:p>
      <w:r>
        <w:rPr>
          <w:b w:val="0"/>
          <w:sz w:val="20"/>
        </w:rPr>
        <w:t>Full Name: _________________________________________________________________</w:t>
      </w:r>
    </w:p>
    <w:p>
      <w:r>
        <w:rPr>
          <w:b w:val="0"/>
          <w:sz w:val="20"/>
        </w:rPr>
        <w:t>Contact Number: _____________________________________________________________</w:t>
      </w:r>
    </w:p>
    <w:p>
      <w:r>
        <w:rPr>
          <w:b w:val="0"/>
          <w:sz w:val="20"/>
        </w:rPr>
        <w:t>Email Address: _______________________________________________________________</w:t>
      </w:r>
    </w:p>
    <w:p>
      <w:r>
        <w:rPr>
          <w:b w:val="0"/>
          <w:sz w:val="20"/>
        </w:rPr>
        <w:t>Mailing Address: _____________________________________________________________</w:t>
      </w:r>
    </w:p>
    <w:p/>
    <w:p>
      <w:r>
        <w:rPr>
          <w:b/>
          <w:sz w:val="20"/>
        </w:rPr>
        <w:t>Educational Background:</w:t>
      </w:r>
    </w:p>
    <w:p>
      <w:r>
        <w:rPr>
          <w:b w:val="0"/>
          <w:sz w:val="20"/>
        </w:rPr>
        <w:t>Highest Degree Earned: ______________________________________________________</w:t>
      </w:r>
    </w:p>
    <w:p>
      <w:r>
        <w:rPr>
          <w:b w:val="0"/>
          <w:sz w:val="20"/>
        </w:rPr>
        <w:t>Institution: _________________________________________________________________</w:t>
      </w:r>
    </w:p>
    <w:p>
      <w:r>
        <w:rPr>
          <w:b w:val="0"/>
          <w:sz w:val="20"/>
        </w:rPr>
        <w:t>Year of Graduation: _________________________________________________________</w:t>
      </w:r>
    </w:p>
    <w:p/>
    <w:p>
      <w:r>
        <w:rPr>
          <w:b/>
          <w:sz w:val="20"/>
        </w:rPr>
        <w:t>Certifications and Licenses:</w:t>
      </w:r>
    </w:p>
    <w:p>
      <w:r>
        <w:rPr>
          <w:b w:val="0"/>
          <w:sz w:val="20"/>
        </w:rPr>
        <w:t>Teaching Certification(s): _________________________________________________</w:t>
      </w:r>
    </w:p>
    <w:p>
      <w:r>
        <w:rPr>
          <w:b w:val="0"/>
          <w:sz w:val="20"/>
        </w:rPr>
        <w:t>State License Number(s): ____________________________________________________</w:t>
      </w:r>
    </w:p>
    <w:p/>
    <w:p>
      <w:r>
        <w:rPr>
          <w:b/>
          <w:sz w:val="20"/>
        </w:rPr>
        <w:t>Professional Experience:</w:t>
      </w:r>
    </w:p>
    <w:p>
      <w:r>
        <w:rPr>
          <w:b w:val="0"/>
          <w:sz w:val="20"/>
        </w:rPr>
        <w:t>Please find below a summary of my teaching experience and relevant roles held in the education sector.</w:t>
      </w:r>
    </w:p>
    <w:p>
      <w:r>
        <w:rPr>
          <w:b w:val="0"/>
          <w:sz w:val="20"/>
        </w:rPr>
        <w:t>Institution/Organization: ___________________________________________________</w:t>
      </w:r>
    </w:p>
    <w:p>
      <w:r>
        <w:rPr>
          <w:b w:val="0"/>
          <w:sz w:val="20"/>
        </w:rPr>
        <w:t>Position/Title: _____________________________________________________________</w:t>
      </w:r>
    </w:p>
    <w:p>
      <w:r>
        <w:rPr>
          <w:b w:val="0"/>
          <w:sz w:val="20"/>
        </w:rPr>
        <w:t>Duration: _________________________________________________________________</w:t>
      </w:r>
    </w:p>
    <w:p>
      <w:r>
        <w:rPr>
          <w:b w:val="0"/>
          <w:sz w:val="20"/>
        </w:rPr>
        <w:t>Responsibilities and Achievements: __________________________________________</w:t>
      </w:r>
    </w:p>
    <w:p>
      <w:r>
        <w:rPr>
          <w:b w:val="0"/>
          <w:sz w:val="20"/>
        </w:rPr>
        <w:t>_____________________________________________________________________________</w:t>
      </w:r>
    </w:p>
    <w:p/>
    <w:p>
      <w:r>
        <w:rPr>
          <w:b/>
          <w:sz w:val="20"/>
        </w:rPr>
        <w:t>Skills and Competencies:</w:t>
      </w:r>
    </w:p>
    <w:p>
      <w:r>
        <w:rPr>
          <w:b w:val="0"/>
          <w:sz w:val="20"/>
        </w:rPr>
        <w:t>• Strong pedagogical knowledge and ability to develop engaging lesson plans tailored to diverse student needs.</w:t>
      </w:r>
    </w:p>
    <w:p>
      <w:r>
        <w:rPr>
          <w:b w:val="0"/>
          <w:sz w:val="20"/>
        </w:rPr>
        <w:t>• Proficient in classroom management techniques promoting a positive and productive learning environment.</w:t>
      </w:r>
    </w:p>
    <w:p>
      <w:r>
        <w:rPr>
          <w:b w:val="0"/>
          <w:sz w:val="20"/>
        </w:rPr>
        <w:t>• Skilled in integrating technology and modern teaching tools to enhance instructional delivery.</w:t>
      </w:r>
    </w:p>
    <w:p>
      <w:r>
        <w:rPr>
          <w:b w:val="0"/>
          <w:sz w:val="20"/>
        </w:rPr>
        <w:t>• Excellent communication and interpersonal skills fostering collaboration with students, parents, and colleagues.</w:t>
      </w:r>
    </w:p>
    <w:p/>
    <w:p>
      <w:r>
        <w:rPr>
          <w:b/>
          <w:sz w:val="20"/>
        </w:rPr>
        <w:t>Legal and Professional Compliance:</w:t>
      </w:r>
    </w:p>
    <w:p>
      <w:r>
        <w:rPr>
          <w:b w:val="0"/>
          <w:sz w:val="20"/>
        </w:rPr>
        <w:t>I affirm that all information provided herein is accurate and truthful to the best of my knowledge. I am in full compliance with all applicable United States laws and educational regulations governing teaching professionals. I commit to uphold the ethical standards and legal obligations required by your institution and relevant state and federal education authorities.</w:t>
      </w:r>
    </w:p>
    <w:p/>
    <w:p>
      <w:r>
        <w:rPr>
          <w:b w:val="0"/>
          <w:sz w:val="20"/>
        </w:rPr>
        <w:t>I would welcome the opportunity to discuss how my qualifications and experiences align with your institution’s goals. Please feel free to contact me at your convenience to arrange a meeting or interview.</w:t>
      </w:r>
    </w:p>
    <w:p/>
    <w:p/>
    <w:p>
      <w:r>
        <w:rPr>
          <w:b w:val="0"/>
          <w:sz w:val="20"/>
        </w:rPr>
        <w:t>Sincerely,</w:t>
      </w:r>
    </w:p>
    <w:p/>
    <w:p/>
    <w:p/>
    <w:p>
      <w:r>
        <w:rPr>
          <w:b w:val="0"/>
          <w:sz w:val="20"/>
        </w:rPr>
        <w:t>______________________________________</w:t>
      </w:r>
    </w:p>
    <w:p>
      <w:r>
        <w:rPr>
          <w:b w:val="0"/>
          <w:sz w:val="20"/>
        </w:rPr>
        <w:t>Signature of Applicant</w:t>
      </w:r>
    </w:p>
    <w:p>
      <w:r>
        <w:rPr>
          <w:b w:val="0"/>
          <w:sz w:val="20"/>
        </w:rPr>
        <w:t>Full Name: _________________________________________________________________</w:t>
      </w:r>
    </w:p>
    <w:p>
      <w:r>
        <w:rPr>
          <w:b w:val="0"/>
          <w:sz w:val="20"/>
        </w:rPr>
        <w:t>Date: _____________________________________________________________________</w:t>
      </w:r>
    </w:p>
    <w:p/>
    <w:p/>
    <w:p>
      <w:r>
        <w:rPr>
          <w:b/>
          <w:sz w:val="20"/>
        </w:rPr>
        <w:t>References:</w:t>
      </w:r>
    </w:p>
    <w:p>
      <w:r>
        <w:rPr>
          <w:b w:val="0"/>
          <w:sz w:val="20"/>
        </w:rPr>
        <w:t>Please find below professional references who can attest to my qualifications and character.</w:t>
      </w:r>
    </w:p>
    <w:p/>
    <w:tbl>
      <w:tblPr>
        <w:tblW w:type="auto" w:w="0"/>
        <w:tblLayout w:type="autofit"/>
        <w:tblLook w:firstColumn="1" w:firstRow="1" w:lastColumn="0" w:lastRow="0" w:noHBand="0" w:noVBand="1" w:val="04A0"/>
      </w:tblPr>
      <w:tblGrid>
        <w:gridCol w:w="3324"/>
        <w:gridCol w:w="3324"/>
        <w:gridCol w:w="3324"/>
      </w:tblGrid>
      <w:tr>
        <w:tc>
          <w:tcPr>
            <w:tcW w:type="dxa" w:w="3324"/>
            <w:tcBorders>
              <w:top w:val="nil"/>
              <w:left w:val="nil"/>
              <w:bottom w:val="nil"/>
              <w:right w:val="nil"/>
              <w:insideH w:val="nil"/>
              <w:insideV w:val="nil"/>
            </w:tcBorders>
          </w:tcPr>
          <w:p>
            <w:pPr>
              <w:jc w:val="center"/>
            </w:pPr>
            <w:r>
              <w:t>Name</w:t>
            </w:r>
          </w:p>
        </w:tc>
        <w:tc>
          <w:tcPr>
            <w:tcW w:type="dxa" w:w="3324"/>
            <w:tcBorders>
              <w:top w:val="nil"/>
              <w:left w:val="nil"/>
              <w:bottom w:val="nil"/>
              <w:right w:val="nil"/>
              <w:insideH w:val="nil"/>
              <w:insideV w:val="nil"/>
            </w:tcBorders>
          </w:tcPr>
          <w:p>
            <w:pPr>
              <w:jc w:val="center"/>
            </w:pPr>
            <w:r>
              <w:t>Relationship</w:t>
            </w:r>
          </w:p>
        </w:tc>
        <w:tc>
          <w:tcPr>
            <w:tcW w:type="dxa" w:w="3324"/>
            <w:tcBorders>
              <w:top w:val="nil"/>
              <w:left w:val="nil"/>
              <w:bottom w:val="nil"/>
              <w:right w:val="nil"/>
              <w:insideH w:val="nil"/>
              <w:insideV w:val="nil"/>
            </w:tcBorders>
          </w:tcPr>
          <w:p>
            <w:pPr>
              <w:jc w:val="center"/>
            </w:pPr>
            <w:r>
              <w:t>Contact Information</w:t>
            </w:r>
          </w:p>
        </w:tc>
      </w:tr>
      <w:tr>
        <w:tc>
          <w:tcPr>
            <w:tcW w:type="dxa" w:w="3324"/>
            <w:tcBorders>
              <w:top w:val="nil"/>
              <w:left w:val="nil"/>
              <w:bottom w:val="nil"/>
              <w:right w:val="nil"/>
              <w:insideH w:val="nil"/>
              <w:insideV w:val="nil"/>
            </w:tcBorders>
          </w:tcPr>
          <w:p>
            <w:pPr>
              <w:jc w:val="center"/>
            </w:pPr>
            <w:r>
              <w:t>__________________________________________________</w:t>
            </w:r>
          </w:p>
        </w:tc>
        <w:tc>
          <w:tcPr>
            <w:tcW w:type="dxa" w:w="3324"/>
            <w:tcBorders>
              <w:top w:val="nil"/>
              <w:left w:val="nil"/>
              <w:bottom w:val="nil"/>
              <w:right w:val="nil"/>
              <w:insideH w:val="nil"/>
              <w:insideV w:val="nil"/>
            </w:tcBorders>
          </w:tcPr>
          <w:p>
            <w:pPr>
              <w:jc w:val="center"/>
            </w:pPr>
            <w:r>
              <w:t>__________________________________________________</w:t>
            </w:r>
          </w:p>
        </w:tc>
        <w:tc>
          <w:tcPr>
            <w:tcW w:type="dxa" w:w="3324"/>
            <w:tcBorders>
              <w:top w:val="nil"/>
              <w:left w:val="nil"/>
              <w:bottom w:val="nil"/>
              <w:right w:val="nil"/>
              <w:insideH w:val="nil"/>
              <w:insideV w:val="nil"/>
            </w:tcBorders>
          </w:tcPr>
          <w:p>
            <w:pPr>
              <w:jc w:val="center"/>
            </w:pPr>
            <w:r>
              <w:t>__________________________________________________</w:t>
            </w:r>
          </w:p>
        </w:tc>
      </w:tr>
      <w:tr>
        <w:tc>
          <w:tcPr>
            <w:tcW w:type="dxa" w:w="3324"/>
            <w:tcBorders>
              <w:top w:val="nil"/>
              <w:left w:val="nil"/>
              <w:bottom w:val="nil"/>
              <w:right w:val="nil"/>
              <w:insideH w:val="nil"/>
              <w:insideV w:val="nil"/>
            </w:tcBorders>
          </w:tcPr>
          <w:p>
            <w:pPr>
              <w:jc w:val="center"/>
            </w:pPr>
            <w:r>
              <w:t>__________________________________________________</w:t>
            </w:r>
          </w:p>
        </w:tc>
        <w:tc>
          <w:tcPr>
            <w:tcW w:type="dxa" w:w="3324"/>
            <w:tcBorders>
              <w:top w:val="nil"/>
              <w:left w:val="nil"/>
              <w:bottom w:val="nil"/>
              <w:right w:val="nil"/>
              <w:insideH w:val="nil"/>
              <w:insideV w:val="nil"/>
            </w:tcBorders>
          </w:tcPr>
          <w:p>
            <w:pPr>
              <w:jc w:val="center"/>
            </w:pPr>
            <w:r>
              <w:t>__________________________________________________</w:t>
            </w:r>
          </w:p>
        </w:tc>
        <w:tc>
          <w:tcPr>
            <w:tcW w:type="dxa" w:w="3324"/>
            <w:tcBorders>
              <w:top w:val="nil"/>
              <w:left w:val="nil"/>
              <w:bottom w:val="nil"/>
              <w:right w:val="nil"/>
              <w:insideH w:val="nil"/>
              <w:insideV w:val="nil"/>
            </w:tcBorders>
          </w:tcPr>
          <w:p>
            <w:pPr>
              <w:jc w:val="center"/>
            </w:pPr>
            <w:r>
              <w:t>__________________________________________________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https://letterdocs-us.com/letter-of-introduction-teacher/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of-introduction-teach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