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INSTRUCTION</w:t>
      </w:r>
    </w:p>
    <w:p/>
    <w:p>
      <w:r>
        <w:rPr>
          <w:b/>
          <w:sz w:val="20"/>
        </w:rPr>
        <w:t>Sender Information:</w:t>
      </w:r>
    </w:p>
    <w:p>
      <w:r>
        <w:rPr>
          <w:b w:val="0"/>
          <w:sz w:val="20"/>
        </w:rPr>
        <w:t>Full Name: ____________________________________________________________</w:t>
      </w:r>
    </w:p>
    <w:p>
      <w:r>
        <w:rPr>
          <w:b w:val="0"/>
          <w:sz w:val="20"/>
        </w:rPr>
        <w:t>Company (if applicable): 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Company (if applicable): 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Reference:</w:t>
      </w:r>
    </w:p>
    <w:p>
      <w:r>
        <w:rPr>
          <w:b w:val="0"/>
          <w:sz w:val="20"/>
        </w:rPr>
        <w:t>Subject: _______________________________________________________________</w:t>
      </w:r>
    </w:p>
    <w:p>
      <w:r>
        <w:rPr>
          <w:b w:val="0"/>
          <w:sz w:val="20"/>
        </w:rPr>
        <w:t>Account/Contract Number: _______________________________________________</w:t>
      </w:r>
    </w:p>
    <w:p/>
    <w:p>
      <w:r>
        <w:rPr>
          <w:b/>
          <w:sz w:val="20"/>
        </w:rPr>
        <w:t>Instructions:</w:t>
      </w:r>
    </w:p>
    <w:p>
      <w:r>
        <w:rPr>
          <w:b w:val="0"/>
          <w:sz w:val="20"/>
        </w:rPr>
        <w:t>The undersigned hereby provides the following instructions to the recipient identified above. These instructions are binding and must be carried out in accordance with all applicable laws and regulations of the United States.</w:t>
      </w:r>
    </w:p>
    <w:p/>
    <w:p>
      <w:r>
        <w:rPr>
          <w:b w:val="0"/>
          <w:sz w:val="20"/>
        </w:rPr>
        <w:t>1. Scope of Instructions</w:t>
      </w:r>
    </w:p>
    <w:p>
      <w:r>
        <w:rPr>
          <w:b w:val="0"/>
          <w:sz w:val="20"/>
        </w:rPr>
        <w:t>The recipient is authorized and directed to act on behalf of the undersigned in the matters described below, and to take all necessary actions to effectuate these instructions fully and promptly.</w:t>
      </w:r>
    </w:p>
    <w:p/>
    <w:p>
      <w:r>
        <w:rPr>
          <w:b w:val="0"/>
          <w:sz w:val="20"/>
        </w:rPr>
        <w:t>2. Specific Instructions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val="0"/>
          <w:sz w:val="20"/>
        </w:rPr>
        <w:t>3. Duration and Termination</w:t>
      </w:r>
    </w:p>
    <w:p>
      <w:r>
        <w:rPr>
          <w:b w:val="0"/>
          <w:sz w:val="20"/>
        </w:rPr>
        <w:t>These instructions shall remain in effect until revoked in writing by the undersigned. Revocation shall not affect actions taken prior to receipt of such notice.</w:t>
      </w:r>
    </w:p>
    <w:p/>
    <w:p>
      <w:r>
        <w:rPr>
          <w:b w:val="0"/>
          <w:sz w:val="20"/>
        </w:rPr>
        <w:t>4. Representations and Warranties</w:t>
      </w:r>
    </w:p>
    <w:p>
      <w:r>
        <w:rPr>
          <w:b w:val="0"/>
          <w:sz w:val="20"/>
        </w:rPr>
        <w:t>The undersigned represents and warrants that they have full authority to issue these instructions and that these instructions do not violate any applicable law, contract, or agreement.</w:t>
      </w:r>
    </w:p>
    <w:p/>
    <w:p>
      <w:r>
        <w:rPr>
          <w:b w:val="0"/>
          <w:sz w:val="20"/>
        </w:rPr>
        <w:t>5. Liability and Indemnification</w:t>
      </w:r>
    </w:p>
    <w:p>
      <w:r>
        <w:rPr>
          <w:b w:val="0"/>
          <w:sz w:val="20"/>
        </w:rPr>
        <w:t>The undersigned agrees to indemnify and hold harmless the recipient and its agents from any claims, liabilities, damages, or expenses arising from the good faith execution of these instructions, except in cases of gross negligence or willful misconduct.</w:t>
      </w:r>
    </w:p>
    <w:p/>
    <w:p>
      <w:r>
        <w:rPr>
          <w:b w:val="0"/>
          <w:sz w:val="20"/>
        </w:rPr>
        <w:t>6. Confidentiality</w:t>
      </w:r>
    </w:p>
    <w:p>
      <w:r>
        <w:rPr>
          <w:b w:val="0"/>
          <w:sz w:val="20"/>
        </w:rPr>
        <w:t>The recipient shall keep all information related to these instructions confidential and shall not disclose any details to third parties without prior written consent, except as required by law or regulation.</w:t>
      </w:r>
    </w:p>
    <w:p/>
    <w:p>
      <w:r>
        <w:rPr>
          <w:b w:val="0"/>
          <w:sz w:val="20"/>
        </w:rPr>
        <w:t>7. Governing Law and Jurisdiction</w:t>
      </w:r>
    </w:p>
    <w:p>
      <w:r>
        <w:rPr>
          <w:b w:val="0"/>
          <w:sz w:val="20"/>
        </w:rPr>
        <w:t>This Letter of Instruction shall be governed by and construed in accordance with the laws of the United States and the applicable state law. Any disputes arising hereunder shall be subject to the exclusive jurisdiction of the courts located within that jurisdiction.</w:t>
      </w:r>
    </w:p>
    <w:p/>
    <w:p>
      <w:r>
        <w:rPr>
          <w:b w:val="0"/>
          <w:sz w:val="20"/>
        </w:rPr>
        <w:t>8. Amendments</w:t>
      </w:r>
    </w:p>
    <w:p>
      <w:r>
        <w:rPr>
          <w:b w:val="0"/>
          <w:sz w:val="20"/>
        </w:rPr>
        <w:t>Any amendments or modifications to these instructions must be in writing and signed by the undersigned to be effective.</w:t>
      </w:r>
    </w:p>
    <w:p/>
    <w:p>
      <w:r>
        <w:rPr>
          <w:b w:val="0"/>
          <w:sz w:val="20"/>
        </w:rPr>
        <w:t>9. Severability</w:t>
      </w:r>
    </w:p>
    <w:p>
      <w:r>
        <w:rPr>
          <w:b w:val="0"/>
          <w:sz w:val="20"/>
        </w:rPr>
        <w:t>If any provision of these instructions is held invalid or unenforceable, the remaining provisions shall remain in full force and effect.</w:t>
      </w:r>
    </w:p>
    <w:p/>
    <w:p/>
    <w:p>
      <w:r>
        <w:rPr>
          <w:b/>
          <w:sz w:val="20"/>
        </w:rPr>
        <w:t>Acknowledgment and Acceptance:</w:t>
      </w:r>
    </w:p>
    <w:p>
      <w:r>
        <w:rPr>
          <w:b w:val="0"/>
          <w:sz w:val="20"/>
        </w:rPr>
        <w:t>By signing below, the undersigned acknowledges having read, understood, and agrees to be bound by the terms and conditions set forth in this Letter of Instruction.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w:t>
            </w:r>
          </w:p>
        </w:tc>
        <w:tc>
          <w:tcPr>
            <w:tcW w:type="dxa" w:w="4986"/>
            <w:tcBorders>
              <w:top w:val="nil"/>
              <w:left w:val="nil"/>
              <w:bottom w:val="nil"/>
              <w:right w:val="nil"/>
              <w:insideH w:val="nil"/>
              <w:insideV w:val="nil"/>
            </w:tcBorders>
          </w:tcPr>
          <w:p>
            <w:pPr>
              <w:jc w:val="center"/>
            </w:pPr>
            <w:r>
              <w:t>Name &amp; Title: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https://letterdocs-us.com/letter-of-instruction/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of-instruction/"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