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INDEMNIFICATION</w:t>
      </w:r>
    </w:p>
    <w:p/>
    <w:p/>
    <w:p>
      <w:r>
        <w:rPr>
          <w:b w:val="0"/>
          <w:sz w:val="20"/>
        </w:rPr>
        <w:t>This Letter of Indemnification (the “Letter”) is entered into by and between the Undersigned (“Indemnitor”) and the Indemnitee identified below. The Indemnitor hereby agrees as follows:</w:t>
      </w:r>
    </w:p>
    <w:p/>
    <w:p/>
    <w:p>
      <w:r>
        <w:rPr>
          <w:b/>
          <w:sz w:val="20"/>
        </w:rPr>
        <w:t>Indemnitor Information:</w:t>
      </w:r>
    </w:p>
    <w:p>
      <w:r>
        <w:rPr>
          <w:b w:val="0"/>
          <w:sz w:val="20"/>
        </w:rPr>
        <w:t>Full Name or Entity Name: 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Indemnitee Information:</w:t>
      </w:r>
    </w:p>
    <w:p>
      <w:r>
        <w:rPr>
          <w:b w:val="0"/>
          <w:sz w:val="20"/>
        </w:rPr>
        <w:t>Full Name or Entity Name: 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r>
        <w:rPr>
          <w:b/>
          <w:sz w:val="20"/>
        </w:rPr>
        <w:t>RECITALS</w:t>
      </w:r>
    </w:p>
    <w:p>
      <w:r>
        <w:rPr>
          <w:b w:val="0"/>
          <w:sz w:val="20"/>
        </w:rPr>
        <w:t>WHEREAS, the Indemnitor desires to indemnify and hold harmless the Indemnitee from certain liabilities, losses, damages, claims, or expenses as described herein; and</w:t>
      </w:r>
    </w:p>
    <w:p>
      <w:r>
        <w:rPr>
          <w:b w:val="0"/>
          <w:sz w:val="20"/>
        </w:rPr>
        <w:t>WHEREAS, the Indemnitee desires to be indemnified by the Indemnitor as set forth in this Letter;</w:t>
      </w:r>
    </w:p>
    <w:p/>
    <w:p>
      <w:r>
        <w:rPr>
          <w:b/>
          <w:sz w:val="20"/>
        </w:rPr>
        <w:t>1. Definitions</w:t>
      </w:r>
    </w:p>
    <w:p>
      <w:r>
        <w:rPr>
          <w:b w:val="0"/>
          <w:sz w:val="20"/>
        </w:rPr>
        <w:t>For purposes of this Letter, the following terms shall have the following meanings:</w:t>
      </w:r>
    </w:p>
    <w:p>
      <w:r>
        <w:rPr>
          <w:b w:val="0"/>
          <w:sz w:val="20"/>
        </w:rPr>
        <w:t>a) “Claims” means all losses, damages, liabilities, demands, suits, actions, causes of action, judgments, costs, expenses, and fees (including attorneys’ fees and court costs) arising out of or related to the subject matter of this Letter.</w:t>
      </w:r>
    </w:p>
    <w:p/>
    <w:p>
      <w:r>
        <w:rPr>
          <w:b/>
          <w:sz w:val="20"/>
        </w:rPr>
        <w:t>2. Indemnification</w:t>
      </w:r>
    </w:p>
    <w:p>
      <w:r>
        <w:rPr>
          <w:b w:val="0"/>
          <w:sz w:val="20"/>
        </w:rPr>
        <w:t>The Indemnitor agrees to indemnify, defend, and hold harmless the Indemnitee and its officers, directors, employees, agents, successors, and assigns from and against any and all Claims arising out of or resulting from any act, omission, negligence, or willful misconduct of the Indemnitor in connection with the transactions, agreements, or matters contemplated by this Letter.</w:t>
      </w:r>
    </w:p>
    <w:p/>
    <w:p>
      <w:r>
        <w:rPr>
          <w:b/>
          <w:sz w:val="20"/>
        </w:rPr>
        <w:t>3. Scope of Indemnity</w:t>
      </w:r>
    </w:p>
    <w:p>
      <w:r>
        <w:rPr>
          <w:b w:val="0"/>
          <w:sz w:val="20"/>
        </w:rPr>
        <w:t>This indemnity shall cover all Claims whether known or unknown, foreseen or unforeseen, that arise out of or relate to any acts or omissions prior to the date of this Letter and shall survive the termination or expiration of any related agreements or transactions.</w:t>
      </w:r>
    </w:p>
    <w:p/>
    <w:p>
      <w:r>
        <w:rPr>
          <w:b/>
          <w:sz w:val="20"/>
        </w:rPr>
        <w:t>4. Defense of Claims</w:t>
      </w:r>
    </w:p>
    <w:p>
      <w:r>
        <w:rPr>
          <w:b w:val="0"/>
          <w:sz w:val="20"/>
        </w:rPr>
        <w:t>The Indemnitor shall have the right to assume the defense of any Claim at its own expense, provided that the Indemnitee shall have the right to participate in such defense with counsel of its choosing at its own expense. The Indemnitor shall not settle any Claim without the prior written consent of the Indemnitee, which consent shall not be unreasonably withheld or delayed.</w:t>
      </w:r>
    </w:p>
    <w:p/>
    <w:p>
      <w:r>
        <w:rPr>
          <w:b/>
          <w:sz w:val="20"/>
        </w:rPr>
        <w:t>5. Notification</w:t>
      </w:r>
    </w:p>
    <w:p>
      <w:r>
        <w:rPr>
          <w:b w:val="0"/>
          <w:sz w:val="20"/>
        </w:rPr>
        <w:t>The Indemnitee shall promptly notify the Indemnitor in writing of any Claim for which indemnification is sought, provided that failure to provide prompt notice shall not relieve the Indemnitor of its obligations except to the extent the Indemnitor is materially prejudiced by such failure.</w:t>
      </w:r>
    </w:p>
    <w:p/>
    <w:p>
      <w:r>
        <w:rPr>
          <w:b/>
          <w:sz w:val="20"/>
        </w:rPr>
        <w:t>6. Limitations</w:t>
      </w:r>
    </w:p>
    <w:p>
      <w:r>
        <w:rPr>
          <w:b w:val="0"/>
          <w:sz w:val="20"/>
        </w:rPr>
        <w:t>This indemnity does not extend to Claims resulting from the Indemnitee’s gross negligence, willful misconduct, or fraud.</w:t>
      </w:r>
    </w:p>
    <w:p/>
    <w:p>
      <w:r>
        <w:rPr>
          <w:b/>
          <w:sz w:val="20"/>
        </w:rPr>
        <w:t>7. Governing Law and Jurisdiction</w:t>
      </w:r>
    </w:p>
    <w:p>
      <w:r>
        <w:rPr>
          <w:b w:val="0"/>
          <w:sz w:val="20"/>
        </w:rPr>
        <w:t>This Letter shall be governed by and construed in accordance with the laws of the United States of America and the State of ____________________, without regard to conflict of law principles. The parties agree that any disputes arising under this Letter shall be resolved exclusively in the state or federal courts located within ____________________ County, State of ____________________, and consent to the jurisdiction and venue of such courts.</w:t>
      </w:r>
    </w:p>
    <w:p/>
    <w:p>
      <w:r>
        <w:rPr>
          <w:b/>
          <w:sz w:val="20"/>
        </w:rPr>
        <w:t>8. Severability</w:t>
      </w:r>
    </w:p>
    <w:p>
      <w:r>
        <w:rPr>
          <w:b w:val="0"/>
          <w:sz w:val="20"/>
        </w:rPr>
        <w:t>If any provision of this Letter is held to be invalid, illegal, or unenforceable by a court of competent jurisdiction, the remaining provisions shall remain in full force and effect and shall be construed so as to best effectuate the intent of the parties.</w:t>
      </w:r>
    </w:p>
    <w:p/>
    <w:p>
      <w:r>
        <w:rPr>
          <w:b/>
          <w:sz w:val="20"/>
        </w:rPr>
        <w:t>9. Entire Agreement</w:t>
      </w:r>
    </w:p>
    <w:p>
      <w:r>
        <w:rPr>
          <w:b w:val="0"/>
          <w:sz w:val="20"/>
        </w:rPr>
        <w:t>This Letter constitutes the entire agreement between the parties with respect to the subject matter hereof and supersedes all prior or contemporaneous oral or written understandings, agreements, or representations relating thereto.</w:t>
      </w:r>
    </w:p>
    <w:p/>
    <w:p>
      <w:r>
        <w:rPr>
          <w:b/>
          <w:sz w:val="20"/>
        </w:rPr>
        <w:t>10. Amendment</w:t>
      </w:r>
    </w:p>
    <w:p>
      <w:r>
        <w:rPr>
          <w:b w:val="0"/>
          <w:sz w:val="20"/>
        </w:rPr>
        <w:t>Any amendment or modification of this Letter must be in writing and signed by both parties.</w:t>
      </w:r>
    </w:p>
    <w:p/>
    <w:p>
      <w:r>
        <w:rPr>
          <w:b/>
          <w:sz w:val="20"/>
        </w:rPr>
        <w:t>11. Waiver</w:t>
      </w:r>
    </w:p>
    <w:p>
      <w:r>
        <w:rPr>
          <w:b w:val="0"/>
          <w:sz w:val="20"/>
        </w:rPr>
        <w:t>No waiver of any breach or default under this Letter shall be deemed a waiver of any preceding or subsequent breach or default.</w:t>
      </w:r>
    </w:p>
    <w:p/>
    <w:p>
      <w:r>
        <w:rPr>
          <w:b/>
          <w:sz w:val="20"/>
        </w:rPr>
        <w:t>12. Counterparts</w:t>
      </w:r>
    </w:p>
    <w:p>
      <w:r>
        <w:rPr>
          <w:b w:val="0"/>
          <w:sz w:val="20"/>
        </w:rPr>
        <w:t>This Letter may be executed in one or more counterparts, each of which shall be deemed an original and all of which together shall constitute one and the same instrument.</w:t>
      </w:r>
    </w:p>
    <w:p/>
    <w:p/>
    <w:p>
      <w:r>
        <w:rPr>
          <w:b w:val="0"/>
          <w:sz w:val="20"/>
        </w:rPr>
        <w:t>IN WITNESS WHEREOF, the parties have executed this Letter of Indemnification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INDEMNITOR</w:t>
            </w:r>
          </w:p>
        </w:tc>
        <w:tc>
          <w:tcPr>
            <w:tcW w:type="dxa" w:w="4986"/>
            <w:tcBorders>
              <w:top w:val="nil"/>
              <w:left w:val="nil"/>
              <w:bottom w:val="nil"/>
              <w:right w:val="nil"/>
              <w:insideH w:val="nil"/>
              <w:insideV w:val="nil"/>
            </w:tcBorders>
          </w:tcPr>
          <w:p>
            <w:pPr>
              <w:jc w:val="center"/>
            </w:pPr>
            <w:r>
              <w:t>INDEMNITEE</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&amp; Title: _________________________</w:t>
            </w:r>
          </w:p>
        </w:tc>
        <w:tc>
          <w:tcPr>
            <w:tcW w:type="dxa" w:w="4986"/>
            <w:tcBorders>
              <w:top w:val="nil"/>
              <w:left w:val="nil"/>
              <w:bottom w:val="nil"/>
              <w:right w:val="nil"/>
              <w:insideH w:val="nil"/>
              <w:insideV w:val="nil"/>
            </w:tcBorders>
          </w:tcPr>
          <w:p>
            <w:pPr>
              <w:jc w:val="center"/>
            </w:pPr>
            <w:r>
              <w:t>Name &amp; Title: _________________________</w:t>
            </w:r>
          </w:p>
        </w:tc>
      </w:tr>
    </w:tbl>
    <w:p/>
    <w:p/>
    <w:p>
      <w:r>
        <w:rPr>
          <w:b w:val="0"/>
          <w:sz w:val="20"/>
        </w:rPr>
        <w:t>Date: 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https://letterdocs-us.com/letter-of-indemnification/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indemnification/"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