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IRREVOCABLE LETTER OF CREDIT</w:t>
      </w:r>
    </w:p>
    <w:p/>
    <w:p/>
    <w:p>
      <w:r>
        <w:rPr>
          <w:b w:val="0"/>
          <w:sz w:val="20"/>
        </w:rPr>
        <w:t>THIS IRREVOCABLE LETTER OF CREDIT (“Letter”) is issued by the Issuing Bank on behalf of the Applicant in favor of the Beneficiary. The Letter is subject to the Uniform Customs and Practice for Documentary Credits (2007 Revision), International Chamber of Commerce Publication No. 600 (UCP 600), and is governed by the laws of the State of New York, USA.</w:t>
      </w:r>
    </w:p>
    <w:p/>
    <w:p/>
    <w:p>
      <w:r>
        <w:rPr>
          <w:b/>
          <w:sz w:val="20"/>
        </w:rPr>
        <w:t>Parties:</w:t>
      </w:r>
    </w:p>
    <w:p>
      <w:r>
        <w:rPr>
          <w:b w:val="0"/>
          <w:sz w:val="20"/>
        </w:rPr>
        <w:t>Applicant: _______________________________________________________________</w:t>
      </w:r>
    </w:p>
    <w:p>
      <w:r>
        <w:rPr>
          <w:b w:val="0"/>
          <w:sz w:val="20"/>
        </w:rPr>
        <w:t>Address: ________________________________________________________________</w:t>
      </w:r>
    </w:p>
    <w:p>
      <w:r>
        <w:rPr>
          <w:b w:val="0"/>
          <w:sz w:val="20"/>
        </w:rPr>
        <w:t>Issuing Bank: ____________________________________________________________</w:t>
      </w:r>
    </w:p>
    <w:p>
      <w:r>
        <w:rPr>
          <w:b w:val="0"/>
          <w:sz w:val="20"/>
        </w:rPr>
        <w:t>Address: ________________________________________________________________</w:t>
      </w:r>
    </w:p>
    <w:p>
      <w:r>
        <w:rPr>
          <w:b w:val="0"/>
          <w:sz w:val="20"/>
        </w:rPr>
        <w:t>Beneficiary: _____________________________________________________________</w:t>
      </w:r>
    </w:p>
    <w:p>
      <w:r>
        <w:rPr>
          <w:b w:val="0"/>
          <w:sz w:val="20"/>
        </w:rPr>
        <w:t>Address: ________________________________________________________________</w:t>
      </w:r>
    </w:p>
    <w:p/>
    <w:p>
      <w:r>
        <w:rPr>
          <w:b/>
          <w:sz w:val="20"/>
        </w:rPr>
        <w:t>Credit Amount and Currency:</w:t>
      </w:r>
    </w:p>
    <w:p>
      <w:r>
        <w:rPr>
          <w:b w:val="0"/>
          <w:sz w:val="20"/>
        </w:rPr>
        <w:t>The maximum aggregate amount available under this Letter is __________________ (______________) United States Dollars (USD) or equivalent in other currencies as mutually agreed.</w:t>
      </w:r>
    </w:p>
    <w:p/>
    <w:p>
      <w:r>
        <w:rPr>
          <w:b/>
          <w:sz w:val="20"/>
        </w:rPr>
        <w:t>Expiry:</w:t>
      </w:r>
    </w:p>
    <w:p>
      <w:r>
        <w:rPr>
          <w:b w:val="0"/>
          <w:sz w:val="20"/>
        </w:rPr>
        <w:t>This Letter shall expire at the close of business at the Issuing Bank on __________________________________ (location to be specified by the Applicant). Expiry date to be inserted upon issuance.</w:t>
      </w:r>
    </w:p>
    <w:p/>
    <w:p>
      <w:r>
        <w:rPr>
          <w:b/>
          <w:sz w:val="20"/>
        </w:rPr>
        <w:t>Available With:</w:t>
      </w:r>
    </w:p>
    <w:p>
      <w:r>
        <w:rPr>
          <w:b w:val="0"/>
          <w:sz w:val="20"/>
        </w:rPr>
        <w:t>By _______________________________ (name and address of advising or confirming bank) by payment against presentation of documents described herein.</w:t>
      </w:r>
    </w:p>
    <w:p/>
    <w:p>
      <w:r>
        <w:rPr>
          <w:b/>
          <w:sz w:val="20"/>
        </w:rPr>
        <w:t>Documents Required:</w:t>
      </w:r>
    </w:p>
    <w:p>
      <w:r>
        <w:rPr>
          <w:b w:val="0"/>
          <w:sz w:val="20"/>
        </w:rPr>
        <w:t>The following documents must be presented, in the number and form specified, to constitute a complying presentation under this Letter:</w:t>
      </w:r>
    </w:p>
    <w:p>
      <w:r>
        <w:rPr>
          <w:b w:val="0"/>
          <w:sz w:val="20"/>
        </w:rPr>
        <w:t>1. Commercial Invoice(s) in ___________________ original and ___________________ copies, signed by the Beneficiary, indicating the shipment details and consistent with the Letter terms.</w:t>
      </w:r>
    </w:p>
    <w:p>
      <w:r>
        <w:rPr>
          <w:b w:val="0"/>
          <w:sz w:val="20"/>
        </w:rPr>
        <w:t>2. Full set of clean on board ocean bill(s) of lading, made out to the order of the Issuing Bank, marked 'freight prepaid' and showing the goods shipped as per the Letter.</w:t>
      </w:r>
    </w:p>
    <w:p>
      <w:r>
        <w:rPr>
          <w:b w:val="0"/>
          <w:sz w:val="20"/>
        </w:rPr>
        <w:t>3. Insurance Policy or Certificate, covering all risks, issued by an insurer acceptable to the Issuing Bank, for at least 110% of the invoice value, nominating the Issuing Bank and Beneficiary as loss payees.</w:t>
      </w:r>
    </w:p>
    <w:p>
      <w:r>
        <w:rPr>
          <w:b w:val="0"/>
          <w:sz w:val="20"/>
        </w:rPr>
        <w:t>4. Packing List, detailing contents, weights, and marks corresponding to the shipment.</w:t>
      </w:r>
    </w:p>
    <w:p>
      <w:r>
        <w:rPr>
          <w:b w:val="0"/>
          <w:sz w:val="20"/>
        </w:rPr>
        <w:t>5. Certificate of Origin issued by the Chamber of Commerce or other competent authority.</w:t>
      </w:r>
    </w:p>
    <w:p>
      <w:r>
        <w:rPr>
          <w:b w:val="0"/>
          <w:sz w:val="20"/>
        </w:rPr>
        <w:t>6. Beneficiary’s signed statement certifying compliance with the terms and conditions of the sales contract and this Letter.</w:t>
      </w:r>
    </w:p>
    <w:p>
      <w:r>
        <w:rPr>
          <w:b w:val="0"/>
          <w:sz w:val="20"/>
        </w:rPr>
        <w:t>7. Any other document(s) specifically required as follows: ______________________________________________________</w:t>
      </w:r>
    </w:p>
    <w:p/>
    <w:p>
      <w:r>
        <w:rPr>
          <w:b/>
          <w:sz w:val="20"/>
        </w:rPr>
        <w:t>Terms of Payment:</w:t>
      </w:r>
    </w:p>
    <w:p>
      <w:r>
        <w:rPr>
          <w:b w:val="0"/>
          <w:sz w:val="20"/>
        </w:rPr>
        <w:t>Payment shall be made at sight / by deferred payment / by acceptance of a time draft drawn under this Letter and payable at __________________ days after sight (strike out non-applicable).</w:t>
      </w:r>
    </w:p>
    <w:p>
      <w:r>
        <w:rPr>
          <w:b w:val="0"/>
          <w:sz w:val="20"/>
        </w:rPr>
        <w:t>Drafts must be drawn in __________________ currency and include reference to this Letter number.</w:t>
      </w:r>
    </w:p>
    <w:p/>
    <w:p>
      <w:r>
        <w:rPr>
          <w:b/>
          <w:sz w:val="20"/>
        </w:rPr>
        <w:t>Partial Shipments and Transshipment:</w:t>
      </w:r>
    </w:p>
    <w:p>
      <w:r>
        <w:rPr>
          <w:b w:val="0"/>
          <w:sz w:val="20"/>
        </w:rPr>
        <w:t>Partial shipments are permitted / not permitted. Transshipment is permitted / not permitted. (strike out non-applicable)</w:t>
      </w:r>
    </w:p>
    <w:p/>
    <w:p>
      <w:r>
        <w:rPr>
          <w:b/>
          <w:sz w:val="20"/>
        </w:rPr>
        <w:t>Confirmation:</w:t>
      </w:r>
    </w:p>
    <w:p>
      <w:r>
        <w:rPr>
          <w:b w:val="0"/>
          <w:sz w:val="20"/>
        </w:rPr>
        <w:t>This Letter is irrevocable and can be confirmed by the advising bank upon request of the Applicant. Confirmation charges, if any, shall be for the account of the Applicant / Beneficiary. (strike out non-applicable)</w:t>
      </w:r>
    </w:p>
    <w:p/>
    <w:p>
      <w:r>
        <w:rPr>
          <w:b/>
          <w:sz w:val="20"/>
        </w:rPr>
        <w:t>Amendments:</w:t>
      </w:r>
    </w:p>
    <w:p>
      <w:r>
        <w:rPr>
          <w:b w:val="0"/>
          <w:sz w:val="20"/>
        </w:rPr>
        <w:t>This Letter can only be amended or cancelled with the prior written consent of the Issuing Bank, the Applicant, and the Beneficiary.</w:t>
      </w:r>
    </w:p>
    <w:p/>
    <w:p>
      <w:r>
        <w:rPr>
          <w:b/>
          <w:sz w:val="20"/>
        </w:rPr>
        <w:t>Governing Law and Jurisdiction:</w:t>
      </w:r>
    </w:p>
    <w:p>
      <w:r>
        <w:rPr>
          <w:b w:val="0"/>
          <w:sz w:val="20"/>
        </w:rPr>
        <w:t>This Letter shall be governed by and construed in accordance with the laws of the State of New York, USA. Any disputes arising under or in connection with this Letter shall be subject to the exclusive jurisdiction of the courts located in New York County, New York.</w:t>
      </w:r>
    </w:p>
    <w:p/>
    <w:p>
      <w:r>
        <w:rPr>
          <w:b/>
          <w:sz w:val="20"/>
        </w:rPr>
        <w:t>Notices:</w:t>
      </w:r>
    </w:p>
    <w:p>
      <w:r>
        <w:rPr>
          <w:b w:val="0"/>
          <w:sz w:val="20"/>
        </w:rPr>
        <w:t>All communications regarding this Letter shall be made in writing and delivered to the respective parties at the addresses provided above, unless otherwise notified in writing.</w:t>
      </w:r>
    </w:p>
    <w:p/>
    <w:p>
      <w:r>
        <w:rPr>
          <w:b/>
          <w:sz w:val="20"/>
        </w:rPr>
        <w:t>Irrevocability:</w:t>
      </w:r>
    </w:p>
    <w:p>
      <w:r>
        <w:rPr>
          <w:b w:val="0"/>
          <w:sz w:val="20"/>
        </w:rPr>
        <w:t>This Letter is irrevocable and constitutes a definite undertaking by the Issuing Bank to honor drafts and/or documents complying with the terms and conditions hereof, provided presentation occurs on or before the expiry date specified herein.</w:t>
      </w:r>
    </w:p>
    <w:p/>
    <w:p>
      <w:r>
        <w:rPr>
          <w:b/>
          <w:sz w:val="20"/>
        </w:rPr>
        <w:t>Disclaimer:</w:t>
      </w:r>
    </w:p>
    <w:p>
      <w:r>
        <w:rPr>
          <w:b w:val="0"/>
          <w:sz w:val="20"/>
        </w:rPr>
        <w:t>The Issuing Bank assumes no liability or responsibility for the description, quantity, quality, or value of the goods shipped, nor for the execution of the underlying contract of sale between the Applicant and the Beneficiary.</w:t>
      </w:r>
    </w:p>
    <w:p/>
    <w:p/>
    <w:p>
      <w:r>
        <w:rPr>
          <w:b w:val="0"/>
          <w:sz w:val="20"/>
        </w:rPr>
        <w:t>Place of issue: __________________________________________________________</w:t>
      </w:r>
    </w:p>
    <w:p>
      <w:r>
        <w:rPr>
          <w:b/>
          <w:sz w:val="20"/>
        </w:rPr>
        <w:t>For and on behalf of the Issuing Bank:</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AUTHORIZED SIGNATORY</w:t>
            </w:r>
          </w:p>
        </w:tc>
        <w:tc>
          <w:tcPr>
            <w:tcW w:type="dxa" w:w="4986"/>
            <w:tcBorders>
              <w:top w:val="nil"/>
              <w:left w:val="nil"/>
              <w:bottom w:val="nil"/>
              <w:right w:val="nil"/>
              <w:insideH w:val="nil"/>
              <w:insideV w:val="nil"/>
            </w:tcBorders>
          </w:tcPr>
          <w:p>
            <w:pPr>
              <w:jc w:val="center"/>
            </w:pPr>
            <w:r>
              <w:t>AUTHORIZED SIGNATORY</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https://letterdocs-us.com/letter-of-credit/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letter-of-credit/"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