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CHARACTER</w:t>
      </w:r>
    </w:p>
    <w:p/>
    <w:p/>
    <w:p>
      <w:r>
        <w:rPr>
          <w:b w:val="0"/>
          <w:sz w:val="20"/>
        </w:rPr>
        <w:t>To Whom It May Concern:</w:t>
      </w:r>
    </w:p>
    <w:p/>
    <w:p>
      <w:r>
        <w:rPr>
          <w:b w:val="0"/>
          <w:sz w:val="20"/>
        </w:rPr>
        <w:t>This letter is provided at the request of the individual named below, to attest to their good character, integrity, and general conduct based on our personal knowledge and experience.</w:t>
      </w:r>
    </w:p>
    <w:p/>
    <w:p/>
    <w:p>
      <w:r>
        <w:rPr>
          <w:b/>
          <w:sz w:val="20"/>
        </w:rPr>
        <w:t>Subject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Recommender Information:</w:t>
      </w:r>
    </w:p>
    <w:p>
      <w:r>
        <w:rPr>
          <w:b w:val="0"/>
          <w:sz w:val="20"/>
        </w:rPr>
        <w:t>Full Name: ____________________________________________________________</w:t>
      </w:r>
    </w:p>
    <w:p>
      <w:r>
        <w:rPr>
          <w:b w:val="0"/>
          <w:sz w:val="20"/>
        </w:rPr>
        <w:t>Relationship to Subject: 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Statement of Character:</w:t>
      </w:r>
    </w:p>
    <w:p>
      <w:r>
        <w:rPr>
          <w:b w:val="0"/>
          <w:sz w:val="20"/>
        </w:rPr>
        <w:t>I hereby affirm that I have known the above-named individual for a substantial period and during this time have found them to be of exemplary character. They have consistently demonstrated honesty, responsibility, and respect towards others. To the best of my knowledge, they have not engaged in any conduct that would suggest a lack of integrity or moral turpitude.</w:t>
      </w:r>
    </w:p>
    <w:p/>
    <w:p>
      <w:r>
        <w:rPr>
          <w:b w:val="0"/>
          <w:sz w:val="20"/>
        </w:rPr>
        <w:t>This letter is intended to provide a truthful representation of the individual's character for whatever purpose it may serve, and I am willing to provide further information if necessary.</w:t>
      </w:r>
    </w:p>
    <w:p/>
    <w:p/>
    <w:p>
      <w:r>
        <w:rPr>
          <w:b/>
          <w:sz w:val="20"/>
        </w:rPr>
        <w:t>Legal Disclaimer:</w:t>
      </w:r>
    </w:p>
    <w:p>
      <w:r>
        <w:rPr>
          <w:b w:val="0"/>
          <w:sz w:val="20"/>
        </w:rPr>
        <w:t>This letter is given voluntarily and without any guarantee or warranty regarding the subject's future behavior. It is based solely on my personal knowledge and experience. This letter does not constitute a legal contract or create any legal obligations. The recipient is advised to conduct their own due diligence and verification.</w:t>
      </w:r>
    </w:p>
    <w:p/>
    <w:p/>
    <w:p>
      <w:r>
        <w:rPr>
          <w:b w:val="0"/>
          <w:sz w:val="20"/>
        </w:rPr>
        <w:t>Thank you for your attention to this letter.</w:t>
      </w:r>
    </w:p>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RECOMMENDER</w:t>
            </w:r>
          </w:p>
        </w:tc>
        <w:tc>
          <w:tcPr>
            <w:tcW w:type="dxa" w:w="4986"/>
            <w:tcBorders>
              <w:top w:val="nil"/>
              <w:left w:val="nil"/>
              <w:bottom w:val="nil"/>
              <w:right w:val="nil"/>
              <w:insideH w:val="nil"/>
              <w:insideV w:val="nil"/>
            </w:tcBorders>
          </w:tcPr>
          <w:p>
            <w:pPr>
              <w:jc w:val="center"/>
            </w:pPr>
            <w:r>
              <w:t>WITNESS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https://letterdocs-us.com/letter-of-character/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of-charac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