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 LETTER FROM MICKEY MOUSE</w:t>
      </w:r>
    </w:p>
    <w:p/>
    <w:p/>
    <w:p>
      <w:r>
        <w:rPr>
          <w:b/>
          <w:sz w:val="20"/>
        </w:rPr>
        <w:t>To the Esteemed Recipient,</w:t>
      </w:r>
    </w:p>
    <w:p/>
    <w:p>
      <w:r>
        <w:rPr>
          <w:b w:val="0"/>
          <w:sz w:val="20"/>
        </w:rPr>
        <w:t>Dear Friend,</w:t>
      </w:r>
    </w:p>
    <w:p/>
    <w:p>
      <w:r>
        <w:rPr>
          <w:b w:val="0"/>
          <w:sz w:val="20"/>
        </w:rPr>
        <w:t>It brings me immense joy to reach out to you through this letter. I hope this message finds you in great health and happiness. Here at the magical kingdom, we cherish every friendship and the joy it brings into our lives.</w:t>
      </w:r>
    </w:p>
    <w:p/>
    <w:p>
      <w:r>
        <w:rPr>
          <w:b/>
          <w:sz w:val="20"/>
        </w:rPr>
        <w:t>Thank You for Your Friendship</w:t>
      </w:r>
    </w:p>
    <w:p>
      <w:r>
        <w:rPr>
          <w:b w:val="0"/>
          <w:sz w:val="20"/>
        </w:rPr>
        <w:t>Friendship is one of the most treasured gifts, and I want to express my heartfelt gratitude for the wonderful moments we have shared together. Your kindness, laughter, and support mean the world to me.</w:t>
      </w:r>
    </w:p>
    <w:p/>
    <w:p>
      <w:r>
        <w:rPr>
          <w:b/>
          <w:sz w:val="20"/>
        </w:rPr>
        <w:t>An Invitation to Visit the Magic Kingdom</w:t>
      </w:r>
    </w:p>
    <w:p>
      <w:r>
        <w:rPr>
          <w:b w:val="0"/>
          <w:sz w:val="20"/>
        </w:rPr>
        <w:t>I would like to extend a warm invitation for you to visit the Magic Kingdom. There’s so much excitement and adventure waiting for you around every corner. From thrilling rides to delightful parades, your visit will surely be unforgettable.</w:t>
      </w:r>
    </w:p>
    <w:p/>
    <w:p>
      <w:r>
        <w:rPr>
          <w:b/>
          <w:sz w:val="20"/>
        </w:rPr>
        <w:t>A Little Encouragement</w:t>
      </w:r>
    </w:p>
    <w:p>
      <w:r>
        <w:rPr>
          <w:b w:val="0"/>
          <w:sz w:val="20"/>
        </w:rPr>
        <w:t>Remember, no dream is too big, and no challenge is too great when you believe in yourself. Keep smiling, keep dreaming, and never lose the spark of magic within you.</w:t>
      </w:r>
    </w:p>
    <w:p/>
    <w:p>
      <w:r>
        <w:rPr>
          <w:b w:val="0"/>
          <w:sz w:val="20"/>
        </w:rPr>
        <w:t>Thank you for being a special part of my world. I look forward to making many more magical memories with you.</w:t>
      </w:r>
    </w:p>
    <w:p/>
    <w:p/>
    <w:p>
      <w:r>
        <w:rPr>
          <w:b w:val="0"/>
          <w:sz w:val="20"/>
        </w:rPr>
        <w:t>With warmest wishes,</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Mickey Mouse</w:t>
            </w:r>
          </w:p>
        </w:tc>
      </w:tr>
      <w:tr>
        <w:tc>
          <w:tcPr>
            <w:tcW w:type="dxa" w:w="9972"/>
            <w:tcBorders>
              <w:top w:val="nil"/>
              <w:left w:val="nil"/>
              <w:bottom w:val="nil"/>
              <w:right w:val="nil"/>
              <w:insideH w:val="nil"/>
              <w:insideV w:val="nil"/>
            </w:tcBorders>
          </w:tcPr>
          <w:p>
            <w:pPr>
              <w:jc w:val="center"/>
            </w:pPr>
            <w:r>
              <w:t>Your Friend and Magical Ambassador</w:t>
            </w:r>
          </w:p>
        </w:tc>
      </w:tr>
    </w:tbl>
    <w:p/>
    <w:p/>
    <w:p>
      <w:r>
        <w:rPr>
          <w:b/>
          <w:sz w:val="20"/>
        </w:rPr>
        <w:t>P.S. Keep an eye out for magic everywhere you go, because it’s always closer than you think!</w:t>
      </w:r>
    </w:p>
    <w:p/>
    <w:p>
      <w:pPr>
        <w:jc w:val="center"/>
      </w:pPr>
      <w:r>
        <w:rPr>
          <w:sz w:val="16"/>
        </w:rPr>
        <w:t>© Disney Enterprises, Inc. All rights reserved.</w:t>
      </w:r>
    </w:p>
    <w:p>
      <w:r>
        <w:br w:type="page"/>
      </w:r>
    </w:p>
    <w:p>
      <w:pPr>
        <w:jc w:val="center"/>
      </w:pPr>
      <w:r>
        <w:rPr>
          <w:color w:val="555555"/>
          <w:sz w:val="24"/>
        </w:rPr>
        <w:t>Original source of this document:</w:t>
      </w:r>
    </w:p>
    <w:p>
      <w:pPr>
        <w:jc w:val="center"/>
      </w:pPr>
      <w:hyperlink r:id="rId9">
        <w:r>
          <w:rPr>
            <w:color w:val="0000FF"/>
            <w:u w:val="single"/>
          </w:rPr>
          <w:t>https://letterdocs-us.com/letter-from-mickey-mouse/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from-mickey-mouse/"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