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FOR WINDOW ENVELOPE</w:t>
      </w:r>
    </w:p>
    <w:p/>
    <w:p/>
    <w:p>
      <w:r>
        <w:rPr>
          <w:b/>
          <w:sz w:val="20"/>
        </w:rPr>
        <w:t>SENDER INFORMATION</w:t>
      </w:r>
    </w:p>
    <w:p>
      <w:r>
        <w:rPr>
          <w:b w:val="0"/>
          <w:sz w:val="20"/>
        </w:rPr>
        <w:t>Name: ______________________________________________________________</w:t>
      </w:r>
    </w:p>
    <w:p>
      <w:r>
        <w:rPr>
          <w:b w:val="0"/>
          <w:sz w:val="20"/>
        </w:rPr>
        <w:t>Company (if applicable): _____________________________________________</w:t>
      </w:r>
    </w:p>
    <w:p>
      <w:r>
        <w:rPr>
          <w:b w:val="0"/>
          <w:sz w:val="20"/>
        </w:rPr>
        <w:t>Address Line 1: ____________________________________________________</w:t>
      </w:r>
    </w:p>
    <w:p>
      <w:r>
        <w:rPr>
          <w:b w:val="0"/>
          <w:sz w:val="20"/>
        </w:rPr>
        <w:t>Address Line 2: ____________________________________________________</w:t>
      </w:r>
    </w:p>
    <w:p>
      <w:r>
        <w:rPr>
          <w:b w:val="0"/>
          <w:sz w:val="20"/>
        </w:rPr>
        <w:t>City, State ZIP Code: _______________________________________________</w:t>
      </w:r>
    </w:p>
    <w:p>
      <w:r>
        <w:rPr>
          <w:b w:val="0"/>
          <w:sz w:val="20"/>
        </w:rPr>
        <w:t>Phone Number: _____________________________________________________</w:t>
      </w:r>
    </w:p>
    <w:p>
      <w:r>
        <w:rPr>
          <w:b w:val="0"/>
          <w:sz w:val="20"/>
        </w:rPr>
        <w:t>Email Address: _____________________________________________________</w:t>
      </w:r>
    </w:p>
    <w:p/>
    <w:p/>
    <w:p>
      <w:r>
        <w:rPr>
          <w:b/>
          <w:sz w:val="20"/>
        </w:rPr>
        <w:t>RECIPIENT INFORMATION</w:t>
      </w:r>
    </w:p>
    <w:p>
      <w:r>
        <w:rPr>
          <w:b w:val="0"/>
          <w:sz w:val="20"/>
        </w:rPr>
        <w:t>Name: ______________________________________________________________</w:t>
      </w:r>
    </w:p>
    <w:p>
      <w:r>
        <w:rPr>
          <w:b w:val="0"/>
          <w:sz w:val="20"/>
        </w:rPr>
        <w:t>Company (if applicable): _____________________________________________</w:t>
      </w:r>
    </w:p>
    <w:p>
      <w:r>
        <w:rPr>
          <w:b w:val="0"/>
          <w:sz w:val="20"/>
        </w:rPr>
        <w:t>Address Line 1: ____________________________________________________</w:t>
      </w:r>
    </w:p>
    <w:p>
      <w:r>
        <w:rPr>
          <w:b w:val="0"/>
          <w:sz w:val="20"/>
        </w:rPr>
        <w:t>Address Line 2: ____________________________________________________</w:t>
      </w:r>
    </w:p>
    <w:p>
      <w:r>
        <w:rPr>
          <w:b w:val="0"/>
          <w:sz w:val="20"/>
        </w:rPr>
        <w:t>City, State ZIP Code: _______________________________________________</w:t>
      </w:r>
    </w:p>
    <w:p/>
    <w:p/>
    <w:p>
      <w:r>
        <w:rPr>
          <w:b/>
          <w:sz w:val="20"/>
        </w:rPr>
        <w:t>SUBJECT / REFERENCE</w:t>
      </w:r>
    </w:p>
    <w:p>
      <w:r>
        <w:rPr>
          <w:b w:val="0"/>
          <w:sz w:val="20"/>
        </w:rPr>
        <w:t>____________________________________________________________________</w:t>
      </w:r>
    </w:p>
    <w:p>
      <w:r>
        <w:rPr>
          <w:b w:val="0"/>
          <w:sz w:val="20"/>
        </w:rPr>
        <w:t>____________________________________________________________________</w:t>
      </w:r>
    </w:p>
    <w:p/>
    <w:p/>
    <w:p>
      <w:r>
        <w:rPr>
          <w:b/>
          <w:sz w:val="20"/>
        </w:rPr>
        <w:t>LETTER CONTENT</w:t>
      </w:r>
    </w:p>
    <w:p>
      <w:r>
        <w:rPr>
          <w:b w:val="0"/>
          <w:sz w:val="20"/>
        </w:rPr>
        <w:t>Dear ________________________________________________________________,</w:t>
      </w:r>
    </w:p>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p/>
    <w:p>
      <w:r>
        <w:rPr>
          <w:b/>
          <w:sz w:val="20"/>
        </w:rPr>
        <w:t>LEGAL COMPLIANCE</w:t>
      </w:r>
    </w:p>
    <w:p>
      <w:r>
        <w:rPr>
          <w:b w:val="0"/>
          <w:sz w:val="20"/>
        </w:rPr>
        <w:t>This letter and the contents herein comply with all applicable federal, state, and local laws of the United States. The sender affirms that all information provided is accurate to the best of their knowledge and that the letter is intended for lawful purposes only.</w:t>
      </w:r>
    </w:p>
    <w:p/>
    <w:p/>
    <w:p>
      <w:r>
        <w:rPr>
          <w:b/>
          <w:sz w:val="20"/>
        </w:rPr>
        <w:t>CONFIDENTIALITY</w:t>
      </w:r>
    </w:p>
    <w:p>
      <w:r>
        <w:rPr>
          <w:b w:val="0"/>
          <w:sz w:val="20"/>
        </w:rPr>
        <w:t>The information contained in this letter is confidential and intended solely for the use of the individual or entity to whom it is addressed. Unauthorized review, use, disclosure, or distribution is prohibited and may be unlawful.</w:t>
      </w:r>
    </w:p>
    <w:p/>
    <w:p/>
    <w:p>
      <w:r>
        <w:rPr>
          <w:b/>
          <w:sz w:val="20"/>
        </w:rPr>
        <w:t>LIABILITY DISCLAIMER</w:t>
      </w:r>
    </w:p>
    <w:p>
      <w:r>
        <w:rPr>
          <w:b w:val="0"/>
          <w:sz w:val="20"/>
        </w:rPr>
        <w:t>The sender assumes no liability for any errors or omissions in the contents of this letter or for any loss or damage caused directly or indirectly by the use of this letter or its contents.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
      <w:r>
        <w:rPr>
          <w:b/>
          <w:sz w:val="20"/>
        </w:rPr>
        <w:t>MAILING INSTRUCTIONS</w:t>
      </w:r>
    </w:p>
    <w:p>
      <w:r>
        <w:rPr>
          <w:b w:val="0"/>
          <w:sz w:val="20"/>
        </w:rPr>
        <w:t>Please ensure that this letter is placed inside a window envelope with the recipient's address clearly visible through the window. Verify that the envelope dimensions conform to standard mailing requirements as per USPS regulations.</w:t>
      </w:r>
    </w:p>
    <w:p/>
    <w:p>
      <w:r>
        <w:rPr>
          <w:b w:val="0"/>
          <w:sz w:val="20"/>
        </w:rPr>
        <w:t>For optimal mailing, use a standard #10 window envelope (4 1/8" x 9 1/2") and ensure that the address block aligns correctly with the window area.</w:t>
      </w:r>
    </w:p>
    <w:p/>
    <w:p/>
    <w:p>
      <w:r>
        <w:rPr>
          <w:b/>
          <w:sz w:val="20"/>
        </w:rPr>
        <w:t>CONTACT &amp; SUPPORT</w:t>
      </w:r>
    </w:p>
    <w:p>
      <w:r>
        <w:rPr>
          <w:b w:val="0"/>
          <w:sz w:val="20"/>
        </w:rPr>
        <w:t>For any questions regarding this letter or mailing instructions, please contact the sender at the phone number or email address provided above.</w:t>
      </w:r>
    </w:p>
    <w:p/>
    <w:p/>
    <w:p/>
    <w:p>
      <w:pPr>
        <w:jc w:val="center"/>
      </w:pPr>
      <w:r>
        <w:rPr>
          <w:b w:val="0"/>
          <w:sz w:val="16"/>
        </w:rPr>
        <w:t>© All rights reserved. This document is provided as a template for official business correspondence. Use in compliance with applicable United States postal and communication laws.</w:t>
      </w:r>
    </w:p>
    <w:p>
      <w:r>
        <w:br w:type="page"/>
      </w:r>
    </w:p>
    <w:p>
      <w:pPr>
        <w:jc w:val="center"/>
      </w:pPr>
      <w:r>
        <w:rPr>
          <w:color w:val="555555"/>
          <w:sz w:val="24"/>
        </w:rPr>
        <w:t>Original source of this document:</w:t>
      </w:r>
    </w:p>
    <w:p>
      <w:pPr>
        <w:jc w:val="center"/>
      </w:pPr>
      <w:hyperlink r:id="rId9">
        <w:r>
          <w:rPr>
            <w:color w:val="0000FF"/>
            <w:u w:val="single"/>
          </w:rPr>
          <w:t>https://letterdocs-us.com/letter-for-window-envelope/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for-window-envelope/"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