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FOR KIDS – PARENTAL CONSENT AND GUIDANCE</w:t>
      </w:r>
    </w:p>
    <w:p/>
    <w:p>
      <w:r>
        <w:rPr>
          <w:b/>
          <w:sz w:val="20"/>
        </w:rPr>
        <w:t>To Whom It May Concern:</w:t>
      </w:r>
    </w:p>
    <w:p/>
    <w:p>
      <w:r>
        <w:rPr>
          <w:b w:val="0"/>
          <w:sz w:val="20"/>
        </w:rPr>
        <w:t>This letter serves as an official consent and guidance document from the undersigned parent(s) or legal guardian(s) to the child named herein. It outlines the responsibilities, permissions, and expectations that apply to the child, ensuring their welfare and safety under United States law.</w:t>
      </w:r>
    </w:p>
    <w:p/>
    <w:p/>
    <w:p>
      <w:r>
        <w:rPr>
          <w:b/>
          <w:sz w:val="20"/>
        </w:rPr>
        <w:t>Child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(if applicable): _________________________________________________</w:t>
      </w:r>
    </w:p>
    <w:p/>
    <w:p>
      <w:r>
        <w:rPr>
          <w:b/>
          <w:sz w:val="20"/>
        </w:rPr>
        <w:t>Parent or Legal Guardian Information:</w:t>
      </w:r>
    </w:p>
    <w:p>
      <w:r>
        <w:rPr>
          <w:b w:val="0"/>
          <w:sz w:val="20"/>
        </w:rPr>
        <w:t>Full Name: ____________________________________________________________</w:t>
      </w:r>
    </w:p>
    <w:p>
      <w:r>
        <w:rPr>
          <w:b w:val="0"/>
          <w:sz w:val="20"/>
        </w:rPr>
        <w:t>Relationship to Child: 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Purpose of This Letter:</w:t>
      </w:r>
    </w:p>
    <w:p>
      <w:r>
        <w:rPr>
          <w:b w:val="0"/>
          <w:sz w:val="20"/>
        </w:rPr>
        <w:t>This letter grants permission for the child named above to participate in activities and engagements as specified below, under the supervision and conditions outlined herein. It also establishes the legal authority of the undersigned to provide such consent in compliance with applicable laws.</w:t>
      </w:r>
    </w:p>
    <w:p/>
    <w:p>
      <w:r>
        <w:rPr>
          <w:b/>
          <w:sz w:val="20"/>
        </w:rPr>
        <w:t>Permissions Granted:</w:t>
      </w:r>
    </w:p>
    <w:p>
      <w:r>
        <w:rPr>
          <w:b w:val="0"/>
          <w:sz w:val="20"/>
        </w:rPr>
        <w:t>The undersigned hereby grants permission to the child to engage in the following activities and under the following conditions:</w:t>
      </w:r>
    </w:p>
    <w:p>
      <w:r>
        <w:rPr>
          <w:b w:val="0"/>
          <w:sz w:val="20"/>
        </w:rPr>
        <w:t>- Attend school, educational programs, and extracurricular activities</w:t>
      </w:r>
    </w:p>
    <w:p>
      <w:r>
        <w:rPr>
          <w:b w:val="0"/>
          <w:sz w:val="20"/>
        </w:rPr>
        <w:t>- Participate in travel and field trips organized by authorized adults</w:t>
      </w:r>
    </w:p>
    <w:p>
      <w:r>
        <w:rPr>
          <w:b w:val="0"/>
          <w:sz w:val="20"/>
        </w:rPr>
        <w:t>- Receive medical treatment in case of emergency or as necessary</w:t>
      </w:r>
    </w:p>
    <w:p>
      <w:r>
        <w:rPr>
          <w:b w:val="0"/>
          <w:sz w:val="20"/>
        </w:rPr>
        <w:t>- Engage with authorized caregivers, mentors, and instructors as designated</w:t>
      </w:r>
    </w:p>
    <w:p>
      <w:r>
        <w:rPr>
          <w:b w:val="0"/>
          <w:sz w:val="20"/>
        </w:rPr>
        <w:t>- Use electronic devices under supervision and with internet safety rules</w:t>
      </w:r>
    </w:p>
    <w:p/>
    <w:p>
      <w:r>
        <w:rPr>
          <w:b/>
          <w:sz w:val="20"/>
        </w:rPr>
        <w:t>Responsibilities of the Child:</w:t>
      </w:r>
    </w:p>
    <w:p>
      <w:r>
        <w:rPr>
          <w:b w:val="0"/>
          <w:sz w:val="20"/>
        </w:rPr>
        <w:t>The child agrees to adhere to the following responsibilities and behavioral expectations:</w:t>
      </w:r>
    </w:p>
    <w:p>
      <w:r>
        <w:rPr>
          <w:b w:val="0"/>
          <w:sz w:val="20"/>
        </w:rPr>
        <w:t>- Follow all instructions and rules provided by parents, guardians, teachers, and authorized adults</w:t>
      </w:r>
    </w:p>
    <w:p>
      <w:r>
        <w:rPr>
          <w:b w:val="0"/>
          <w:sz w:val="20"/>
        </w:rPr>
        <w:t>- Respect the rights and safety of others at all times</w:t>
      </w:r>
    </w:p>
    <w:p>
      <w:r>
        <w:rPr>
          <w:b w:val="0"/>
          <w:sz w:val="20"/>
        </w:rPr>
        <w:t>- Communicate promptly with parents or guardians about any concerns or incidents</w:t>
      </w:r>
    </w:p>
    <w:p>
      <w:r>
        <w:rPr>
          <w:b w:val="0"/>
          <w:sz w:val="20"/>
        </w:rPr>
        <w:t>- Use all electronic devices and resources responsibly and appropriately</w:t>
      </w:r>
    </w:p>
    <w:p>
      <w:r>
        <w:rPr>
          <w:b w:val="0"/>
          <w:sz w:val="20"/>
        </w:rPr>
        <w:t>- Maintain honesty and integrity in all activities and engagements</w:t>
      </w:r>
    </w:p>
    <w:p/>
    <w:p>
      <w:r>
        <w:rPr>
          <w:b/>
          <w:sz w:val="20"/>
        </w:rPr>
        <w:t>Safety and Supervision:</w:t>
      </w:r>
    </w:p>
    <w:p>
      <w:r>
        <w:rPr>
          <w:b w:val="0"/>
          <w:sz w:val="20"/>
        </w:rPr>
        <w:t>The undersigned ensures that the child will be under appropriate supervision during all activities and that all reasonable safety measures will be taken to protect the child's welfare. Emergency contact information and medical details will be provided to responsible persons as appropriate.</w:t>
      </w:r>
    </w:p>
    <w:p/>
    <w:p>
      <w:r>
        <w:rPr>
          <w:b/>
          <w:sz w:val="20"/>
        </w:rPr>
        <w:t>Medical Authorization:</w:t>
      </w:r>
    </w:p>
    <w:p>
      <w:r>
        <w:rPr>
          <w:b w:val="0"/>
          <w:sz w:val="20"/>
        </w:rPr>
        <w:t>In the event of illness or injury, the undersigned authorizes authorized adults to seek medical treatment for the child, including but not limited to hospital care, emergency procedures, and administering prescribed medications. The undersigned will provide all necessary medical information and consent forms as required.</w:t>
      </w:r>
    </w:p>
    <w:p/>
    <w:p>
      <w:r>
        <w:rPr>
          <w:b/>
          <w:sz w:val="20"/>
        </w:rPr>
        <w:t>Legal Compliance and Liability:</w:t>
      </w:r>
    </w:p>
    <w:p>
      <w:r>
        <w:rPr>
          <w:b w:val="0"/>
          <w:sz w:val="20"/>
        </w:rPr>
        <w:t>This letter is executed in accordance with United States law and is intended to be legally binding. The undersigned understands and accepts all legal responsibilities associated with providing this consent. The undersigned agrees to indemnify and hold harmless any third parties acting in good faith reliance on this letter to facilitate the child's participation in authorized activities.</w:t>
      </w:r>
    </w:p>
    <w:p/>
    <w:p>
      <w:r>
        <w:rPr>
          <w:b/>
          <w:sz w:val="20"/>
        </w:rPr>
        <w:t>Term and Revocation:</w:t>
      </w:r>
    </w:p>
    <w:p>
      <w:r>
        <w:rPr>
          <w:b w:val="0"/>
          <w:sz w:val="20"/>
        </w:rPr>
        <w:t>This consent remains in effect until revoked in writing by the undersigned. Any such revocation shall be communicated promptly to all relevant parties to ensure compliance and safety.</w:t>
      </w:r>
    </w:p>
    <w:p/>
    <w:p>
      <w:r>
        <w:rPr>
          <w:b/>
          <w:sz w:val="20"/>
        </w:rPr>
        <w:t>Additional Provisions: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 OR LEGAL GUARDIAN</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p/>
    <w:p>
      <w:r>
        <w:rPr>
          <w:b w:val="0"/>
          <w:sz w:val="20"/>
        </w:rPr>
        <w:t>By signing above, the undersigned acknowledges understanding and agreement with all terms and conditions laid out in this letter. This document is executed voluntarily and with full legal capacity.</w:t>
      </w:r>
    </w:p>
    <w:p>
      <w:r>
        <w:br w:type="page"/>
      </w:r>
    </w:p>
    <w:p>
      <w:pPr>
        <w:jc w:val="center"/>
      </w:pPr>
      <w:r>
        <w:rPr>
          <w:color w:val="555555"/>
          <w:sz w:val="24"/>
        </w:rPr>
        <w:t>Original source of this document:</w:t>
      </w:r>
    </w:p>
    <w:p>
      <w:pPr>
        <w:jc w:val="center"/>
      </w:pPr>
      <w:hyperlink r:id="rId9">
        <w:r>
          <w:rPr>
            <w:color w:val="0000FF"/>
            <w:u w:val="single"/>
          </w:rPr>
          <w:t>https://letterdocs-us.com/letter-for-kids/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for-kids/"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