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LANDLORD RENTAL PAYMENT NOTICE</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Rental Property Address: 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Rental Details:</w:t>
      </w:r>
    </w:p>
    <w:p>
      <w:r>
        <w:rPr>
          <w:b w:val="0"/>
          <w:sz w:val="20"/>
        </w:rPr>
        <w:t>Monthly Rent Amount: $__________________ USD</w:t>
      </w:r>
    </w:p>
    <w:p>
      <w:r>
        <w:rPr>
          <w:b w:val="0"/>
          <w:sz w:val="20"/>
        </w:rPr>
        <w:t>Due Date: _______________________________</w:t>
      </w:r>
    </w:p>
    <w:p>
      <w:r>
        <w:rPr>
          <w:b w:val="0"/>
          <w:sz w:val="20"/>
        </w:rPr>
        <w:t>Payment Method: _______________________________________________________</w:t>
      </w:r>
    </w:p>
    <w:p/>
    <w:p>
      <w:r>
        <w:rPr>
          <w:b/>
          <w:sz w:val="20"/>
        </w:rPr>
        <w:t>Notice Purpose:</w:t>
      </w:r>
    </w:p>
    <w:p>
      <w:r>
        <w:rPr>
          <w:b w:val="0"/>
          <w:sz w:val="20"/>
        </w:rPr>
        <w:t>This letter serves as formal notice regarding the rental payment obligations under the Lease Agreement between the Landlord and Tenant identified above.</w:t>
      </w:r>
    </w:p>
    <w:p/>
    <w:p>
      <w:r>
        <w:rPr>
          <w:b/>
          <w:sz w:val="20"/>
        </w:rPr>
        <w:t>Payment Instructions:</w:t>
      </w:r>
    </w:p>
    <w:p>
      <w:r>
        <w:rPr>
          <w:b w:val="0"/>
          <w:sz w:val="20"/>
        </w:rPr>
        <w:t>Please submit rent payments in full on or before the due date specified above. Payments should be made via the agreed payment method. Late payments may result in additional fees or penalties as outlined in the Lease Agreement.</w:t>
      </w:r>
    </w:p>
    <w:p/>
    <w:p>
      <w:r>
        <w:rPr>
          <w:b/>
          <w:sz w:val="20"/>
        </w:rPr>
        <w:t>Late Payment and Fees:</w:t>
      </w:r>
    </w:p>
    <w:p>
      <w:r>
        <w:rPr>
          <w:b w:val="0"/>
          <w:sz w:val="20"/>
        </w:rPr>
        <w:t>Any rent payment not received within ___ days after the due date shall be considered late. A late fee of $________ will be applied for each late payment in accordance with the Lease Agreement and applicable state laws.</w:t>
      </w:r>
    </w:p>
    <w:p/>
    <w:p>
      <w:r>
        <w:rPr>
          <w:b/>
          <w:sz w:val="20"/>
        </w:rPr>
        <w:t>Security Deposit:</w:t>
      </w:r>
    </w:p>
    <w:p>
      <w:r>
        <w:rPr>
          <w:b w:val="0"/>
          <w:sz w:val="20"/>
        </w:rPr>
        <w:t>Tenant acknowledges that the security deposit held by the Landlord may be applied towards unpaid rent, damages beyond normal wear and tear, or other charges permitted by the Lease Agreement and state law.</w:t>
      </w:r>
    </w:p>
    <w:p/>
    <w:p>
      <w:r>
        <w:rPr>
          <w:b/>
          <w:sz w:val="20"/>
        </w:rPr>
        <w:t>Maintenance and Repairs:</w:t>
      </w:r>
    </w:p>
    <w:p>
      <w:r>
        <w:rPr>
          <w:b w:val="0"/>
          <w:sz w:val="20"/>
        </w:rPr>
        <w:t>Tenant is responsible for maintaining the premises in clean and good condition and shall notify Landlord promptly of any necessary repairs. Landlord shall address repairs in accordance with the Lease Agreement and applicable laws.</w:t>
      </w:r>
    </w:p>
    <w:p/>
    <w:p>
      <w:r>
        <w:rPr>
          <w:b/>
          <w:sz w:val="20"/>
        </w:rPr>
        <w:t>Landlord Entry to Premises:</w:t>
      </w:r>
    </w:p>
    <w:p>
      <w:r>
        <w:rPr>
          <w:b w:val="0"/>
          <w:sz w:val="20"/>
        </w:rPr>
        <w:t>Landlord reserves the right to enter the premises upon reasonable notice to Tenant for inspection, repairs, or other lawful purposes as permitted by the Lease Agreement and local regulations.</w:t>
      </w:r>
    </w:p>
    <w:p/>
    <w:p>
      <w:r>
        <w:rPr>
          <w:b/>
          <w:sz w:val="20"/>
        </w:rPr>
        <w:t>Termination of Lease:</w:t>
      </w:r>
    </w:p>
    <w:p>
      <w:r>
        <w:rPr>
          <w:b w:val="0"/>
          <w:sz w:val="20"/>
        </w:rPr>
        <w:t>Failure to pay rent as agreed may result in termination of the Lease Agreement and initiation of eviction proceedings, subject to applicable notice and legal requirements.</w:t>
      </w:r>
    </w:p>
    <w:p/>
    <w:p>
      <w:r>
        <w:rPr>
          <w:b/>
          <w:sz w:val="20"/>
        </w:rPr>
        <w:t>Governing Law:</w:t>
      </w:r>
    </w:p>
    <w:p>
      <w:r>
        <w:rPr>
          <w:b w:val="0"/>
          <w:sz w:val="20"/>
        </w:rPr>
        <w:t>This notice and Lease Agreement are governed by and construed in accordance with the laws of the State in which the rental property is located.</w:t>
      </w:r>
    </w:p>
    <w:p/>
    <w:p>
      <w:r>
        <w:rPr>
          <w:b/>
          <w:sz w:val="20"/>
        </w:rPr>
        <w:t>Dispute Resolution:</w:t>
      </w:r>
    </w:p>
    <w:p>
      <w:r>
        <w:rPr>
          <w:b w:val="0"/>
          <w:sz w:val="20"/>
        </w:rPr>
        <w:t>Any disputes arising under this notice or Lease Agreement shall be resolved in accordance with the dispute resolution provisions set forth in the Lease Agreement or by applicable state law.</w:t>
      </w:r>
    </w:p>
    <w:p/>
    <w:p/>
    <w:p>
      <w:r>
        <w:rPr>
          <w:b w:val="0"/>
          <w:sz w:val="20"/>
        </w:rPr>
        <w:t>Landlord Signature: ____________________________________________</w:t>
      </w:r>
    </w:p>
    <w:p>
      <w:r>
        <w:rPr>
          <w:b w:val="0"/>
          <w:sz w:val="20"/>
        </w:rPr>
        <w:t>Date: ____________________________________________________________</w:t>
      </w:r>
    </w:p>
    <w:p/>
    <w:p/>
    <w:p>
      <w:r>
        <w:rPr>
          <w:b w:val="0"/>
          <w:sz w:val="20"/>
        </w:rPr>
        <w:t>Tenant Signature (Acknowledgment): ________________________________</w:t>
      </w:r>
    </w:p>
    <w:p>
      <w:r>
        <w:rPr>
          <w:b w:val="0"/>
          <w:sz w:val="20"/>
        </w:rPr>
        <w:t>Date: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https://letterdocs-us.com/landlord-rent-letter/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andlord-ren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