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LANDLORD HARASSMENT COMPLAINT LETTER</w:t>
      </w:r>
    </w:p>
    <w:p/>
    <w:p/>
    <w:p>
      <w:r>
        <w:rPr>
          <w:b/>
          <w:sz w:val="20"/>
        </w:rPr>
        <w:t>Sender (Tenant) Information:</w:t>
      </w:r>
    </w:p>
    <w:p>
      <w:r>
        <w:rPr>
          <w:b w:val="0"/>
          <w:sz w:val="20"/>
        </w:rPr>
        <w:t>Full Name: ________________________________________________________________</w:t>
      </w:r>
    </w:p>
    <w:p>
      <w:r>
        <w:rPr>
          <w:b w:val="0"/>
          <w:sz w:val="20"/>
        </w:rPr>
        <w:t>Address (Rental Property): __________________________________________________</w:t>
      </w:r>
    </w:p>
    <w:p>
      <w:r>
        <w:rPr>
          <w:b w:val="0"/>
          <w:sz w:val="20"/>
        </w:rPr>
        <w:t>City, State, ZIP: __________________________________________________________</w:t>
      </w:r>
    </w:p>
    <w:p>
      <w:r>
        <w:rPr>
          <w:b w:val="0"/>
          <w:sz w:val="20"/>
        </w:rPr>
        <w:t>Phone: ____________________________________________________________________</w:t>
      </w:r>
    </w:p>
    <w:p>
      <w:r>
        <w:rPr>
          <w:b w:val="0"/>
          <w:sz w:val="20"/>
        </w:rPr>
        <w:t>Email: ____________________________________________________________________</w:t>
      </w:r>
    </w:p>
    <w:p/>
    <w:p>
      <w:r>
        <w:rPr>
          <w:b/>
          <w:sz w:val="20"/>
        </w:rPr>
        <w:t>Recipient (Landlord/Property Manager) Information:</w:t>
      </w:r>
    </w:p>
    <w:p>
      <w:r>
        <w:rPr>
          <w:b w:val="0"/>
          <w:sz w:val="20"/>
        </w:rPr>
        <w:t>Full Name / Company: 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__________________________________________________________</w:t>
      </w:r>
    </w:p>
    <w:p>
      <w:r>
        <w:rPr>
          <w:b w:val="0"/>
          <w:sz w:val="20"/>
        </w:rPr>
        <w:t>Phone: ____________________________________________________________________</w:t>
      </w:r>
    </w:p>
    <w:p>
      <w:r>
        <w:rPr>
          <w:b w:val="0"/>
          <w:sz w:val="20"/>
        </w:rPr>
        <w:t>Email: ____________________________________________________________________</w:t>
      </w:r>
    </w:p>
    <w:p/>
    <w:p/>
    <w:p>
      <w:pPr>
        <w:jc w:val="center"/>
      </w:pPr>
      <w:r>
        <w:rPr>
          <w:b/>
          <w:sz w:val="20"/>
        </w:rPr>
        <w:t>Subject: Formal Complaint Regarding Landlord Harassment</w:t>
      </w:r>
    </w:p>
    <w:p/>
    <w:p/>
    <w:p>
      <w:r>
        <w:rPr>
          <w:b w:val="0"/>
          <w:sz w:val="20"/>
        </w:rPr>
        <w:t>Dear Sir/Madam,</w:t>
      </w:r>
    </w:p>
    <w:p/>
    <w:p>
      <w:r>
        <w:rPr>
          <w:b w:val="0"/>
          <w:sz w:val="20"/>
        </w:rPr>
        <w:t>I am writing to formally notify you that your recent actions as my landlord/property manager constitute harassment under applicable federal, state, and local laws. This letter serves as a formal complaint requesting that such behavior cease immediately.</w:t>
      </w:r>
    </w:p>
    <w:p/>
    <w:p>
      <w:r>
        <w:rPr>
          <w:b/>
          <w:sz w:val="22"/>
        </w:rPr>
        <w:t>1. Tenancy Details</w:t>
      </w:r>
    </w:p>
    <w:p>
      <w:r>
        <w:rPr>
          <w:b w:val="0"/>
          <w:sz w:val="20"/>
        </w:rPr>
        <w:t>I am the lawful tenant of the rental property located at the address indicated above. The tenancy commenced on ______________________________________________________. I have complied with all terms of the lease agreement, including timely payment of rent and proper maintenance of the property.</w:t>
      </w:r>
    </w:p>
    <w:p/>
    <w:p>
      <w:r>
        <w:rPr>
          <w:b/>
          <w:sz w:val="22"/>
        </w:rPr>
        <w:t>2. Description of Harassment</w:t>
      </w:r>
    </w:p>
    <w:p>
      <w:r>
        <w:rPr>
          <w:b w:val="0"/>
          <w:sz w:val="20"/>
        </w:rPr>
        <w:t>The following actions by you or your agents have caused me distress and constitute harassment:</w:t>
      </w:r>
    </w:p>
    <w:p>
      <w:r>
        <w:rPr>
          <w:b w:val="0"/>
          <w:sz w:val="20"/>
        </w:rPr>
        <w:t>• ____________________________________________________________________________</w:t>
      </w:r>
    </w:p>
    <w:p>
      <w:r>
        <w:rPr>
          <w:b w:val="0"/>
          <w:sz w:val="20"/>
        </w:rPr>
        <w:t>• ____________________________________________________________________________</w:t>
      </w:r>
    </w:p>
    <w:p>
      <w:r>
        <w:rPr>
          <w:b w:val="0"/>
          <w:sz w:val="20"/>
        </w:rPr>
        <w:t>• ____________________________________________________________________________</w:t>
      </w:r>
    </w:p>
    <w:p>
      <w:r>
        <w:rPr>
          <w:b w:val="0"/>
          <w:sz w:val="20"/>
        </w:rPr>
        <w:t>• ____________________________________________________________________________</w:t>
      </w:r>
    </w:p>
    <w:p/>
    <w:p>
      <w:r>
        <w:rPr>
          <w:b/>
          <w:sz w:val="22"/>
        </w:rPr>
        <w:t>3. Legal Basis for Complaint</w:t>
      </w:r>
    </w:p>
    <w:p>
      <w:r>
        <w:rPr>
          <w:b w:val="0"/>
          <w:sz w:val="20"/>
        </w:rPr>
        <w:t>Under the protections provided by the Fair Housing Act, state landlord-tenant laws, and any applicable local ordinances, the landlord is prohibited from engaging in conduct that interferes with the tenant’s right to quiet enjoyment of the premises or that constitutes harassment, retaliation, or intimidation.</w:t>
      </w:r>
    </w:p>
    <w:p>
      <w:r>
        <w:rPr>
          <w:b w:val="0"/>
          <w:sz w:val="20"/>
        </w:rPr>
        <w:t>Examples of prohibited conduct include but are not limited to unlawful entry, threats, disruption of utilities, repeated and unwarranted inspections, or any attempts to unlawfully evict or coerce the tenant.</w:t>
      </w:r>
    </w:p>
    <w:p/>
    <w:p>
      <w:r>
        <w:rPr>
          <w:b/>
          <w:sz w:val="22"/>
        </w:rPr>
        <w:t>4. Tenant's Rights</w:t>
      </w:r>
    </w:p>
    <w:p>
      <w:r>
        <w:rPr>
          <w:b w:val="0"/>
          <w:sz w:val="20"/>
        </w:rPr>
        <w:t>I remind you that as a tenant, I am entitled to the following rights, which must not be infringed upon:</w:t>
      </w:r>
    </w:p>
    <w:p>
      <w:r>
        <w:rPr>
          <w:b w:val="0"/>
          <w:sz w:val="20"/>
        </w:rPr>
        <w:t>• The right to privacy and peaceful enjoyment of the rental property.</w:t>
      </w:r>
    </w:p>
    <w:p>
      <w:r>
        <w:rPr>
          <w:b w:val="0"/>
          <w:sz w:val="20"/>
        </w:rPr>
        <w:t>• The right to proper notice before any entry or inspection in accordance with state law.</w:t>
      </w:r>
    </w:p>
    <w:p>
      <w:r>
        <w:rPr>
          <w:b w:val="0"/>
          <w:sz w:val="20"/>
        </w:rPr>
        <w:t>• The right to be free from threats, intimidation, or any form of harassment.</w:t>
      </w:r>
    </w:p>
    <w:p>
      <w:r>
        <w:rPr>
          <w:b w:val="0"/>
          <w:sz w:val="20"/>
        </w:rPr>
        <w:t>• The right to have essential services maintained without interference.</w:t>
      </w:r>
    </w:p>
    <w:p/>
    <w:p>
      <w:r>
        <w:rPr>
          <w:b/>
          <w:sz w:val="22"/>
        </w:rPr>
        <w:t>5. Request for Immediate Cessation of Harassment</w:t>
      </w:r>
    </w:p>
    <w:p>
      <w:r>
        <w:rPr>
          <w:b w:val="0"/>
          <w:sz w:val="20"/>
        </w:rPr>
        <w:t>I demand that you immediately cease all actions that constitute harassment and that you comply fully with all applicable laws and the terms of our rental agreement.</w:t>
      </w:r>
    </w:p>
    <w:p>
      <w:r>
        <w:rPr>
          <w:b w:val="0"/>
          <w:sz w:val="20"/>
        </w:rPr>
        <w:t>Failure to comply will leave me no choice but to seek all available legal remedies, including filing complaints with housing authorities, pursuing civil action, and seeking damages.</w:t>
      </w:r>
    </w:p>
    <w:p/>
    <w:p>
      <w:r>
        <w:rPr>
          <w:b/>
          <w:sz w:val="22"/>
        </w:rPr>
        <w:t>6. Documentation and Evidence</w:t>
      </w:r>
    </w:p>
    <w:p>
      <w:r>
        <w:rPr>
          <w:b w:val="0"/>
          <w:sz w:val="20"/>
        </w:rPr>
        <w:t>Please be advised that I am documenting all instances of harassment and may provide such evidence to the appropriate authorities or courts to enforce my rights.</w:t>
      </w:r>
    </w:p>
    <w:p/>
    <w:p>
      <w:r>
        <w:rPr>
          <w:b w:val="0"/>
          <w:sz w:val="20"/>
        </w:rPr>
        <w:t>This letter is sent without prejudice to any other rights or remedies I may have under the law.</w:t>
      </w:r>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Tenant Signature:</w:t>
            </w:r>
          </w:p>
        </w:tc>
        <w:tc>
          <w:tcPr>
            <w:tcW w:type="dxa" w:w="4986"/>
            <w:tcBorders>
              <w:top w:val="nil"/>
              <w:left w:val="nil"/>
              <w:bottom w:val="nil"/>
              <w:right w:val="nil"/>
              <w:insideH w:val="nil"/>
              <w:insideV w:val="nil"/>
            </w:tcBorders>
          </w:tcPr>
          <w:p>
            <w:pPr>
              <w:jc w:val="left"/>
            </w:pPr>
            <w:r>
              <w:t>Date: ________________</w:t>
            </w:r>
          </w:p>
        </w:tc>
      </w:tr>
      <w:tr>
        <w:tc>
          <w:tcPr>
            <w:tcW w:type="dxa" w:w="4986"/>
            <w:tcBorders>
              <w:top w:val="nil"/>
              <w:left w:val="nil"/>
              <w:bottom w:val="nil"/>
              <w:right w:val="nil"/>
              <w:insideH w:val="nil"/>
              <w:insideV w:val="nil"/>
            </w:tcBorders>
          </w:tcPr>
          <w:p>
            <w:pPr>
              <w:jc w:val="left"/>
            </w:pPr>
            <w:r>
              <w:br/>
              <w:br/>
              <w:t>______________________________</w:t>
            </w:r>
          </w:p>
        </w:tc>
        <w:tc>
          <w:tcPr>
            <w:tcW w:type="dxa" w:w="4986"/>
            <w:tcBorders>
              <w:top w:val="nil"/>
              <w:left w:val="nil"/>
              <w:bottom w:val="nil"/>
              <w:right w:val="nil"/>
              <w:insideH w:val="nil"/>
              <w:insideV w:val="nil"/>
            </w:tcBorders>
          </w:tcPr>
          <w:p>
            <w:pPr>
              <w:jc w:val="left"/>
            </w:pPr>
            <w:r>
              <w:br/>
              <w:br/>
              <w:t>______________________________</w:t>
            </w:r>
          </w:p>
        </w:tc>
      </w:tr>
    </w:tbl>
    <w:p/>
    <w:p/>
    <w:p>
      <w:r>
        <w:rPr>
          <w:b/>
          <w:sz w:val="22"/>
        </w:rPr>
        <w:t>Additional Notes / Comments</w:t>
      </w:r>
    </w:p>
    <w:p>
      <w:r>
        <w:br/>
        <w:br/>
        <w:br/>
        <w:br/>
        <w:br/>
        <w:br/>
        <w:br/>
        <w:br/>
      </w:r>
    </w:p>
    <w:p>
      <w:r>
        <w:br w:type="page"/>
      </w:r>
    </w:p>
    <w:p>
      <w:pPr>
        <w:jc w:val="center"/>
      </w:pPr>
      <w:r>
        <w:rPr>
          <w:color w:val="555555"/>
          <w:sz w:val="24"/>
        </w:rPr>
        <w:t>Original source of this document:</w:t>
      </w:r>
    </w:p>
    <w:p>
      <w:pPr>
        <w:jc w:val="center"/>
      </w:pPr>
      <w:hyperlink r:id="rId9">
        <w:r>
          <w:rPr>
            <w:color w:val="0000FF"/>
            <w:u w:val="single"/>
          </w:rPr>
          <w:t>https://letterdocs-us.com/landlord-harassment-letter/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andlord-harassmen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