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JOB TRANSFER LETTER</w:t>
      </w:r>
    </w:p>
    <w:p/>
    <w:p/>
    <w:p>
      <w:r>
        <w:rPr>
          <w:b w:val="0"/>
          <w:sz w:val="20"/>
        </w:rPr>
        <w:t>Company Name: _________________________________________________________</w:t>
      </w:r>
    </w:p>
    <w:p>
      <w:r>
        <w:rPr>
          <w:b w:val="0"/>
          <w:sz w:val="20"/>
        </w:rPr>
        <w:t>Company Address: 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p>
      <w:r>
        <w:rPr>
          <w:b w:val="0"/>
          <w:sz w:val="20"/>
        </w:rPr>
        <w:t>Employee Name: ________________________________________________________</w:t>
      </w:r>
    </w:p>
    <w:p>
      <w:r>
        <w:rPr>
          <w:b w:val="0"/>
          <w:sz w:val="20"/>
        </w:rPr>
        <w:t>Current Position: ______________________________________________________</w:t>
      </w:r>
    </w:p>
    <w:p>
      <w:r>
        <w:rPr>
          <w:b w:val="0"/>
          <w:sz w:val="20"/>
        </w:rPr>
        <w:t>Department: ___________________________________________________________</w:t>
      </w:r>
    </w:p>
    <w:p>
      <w:r>
        <w:rPr>
          <w:b w:val="0"/>
          <w:sz w:val="20"/>
        </w:rPr>
        <w:t>Employee ID (if applicable): ____________________________________________</w:t>
      </w:r>
    </w:p>
    <w:p/>
    <w:p/>
    <w:p>
      <w:r>
        <w:rPr>
          <w:b w:val="0"/>
          <w:sz w:val="20"/>
        </w:rPr>
        <w:t>Dear _________________________________________________________________,</w:t>
      </w:r>
    </w:p>
    <w:p/>
    <w:p>
      <w:r>
        <w:rPr>
          <w:b w:val="0"/>
          <w:sz w:val="20"/>
        </w:rPr>
        <w:t>This letter serves as a formal notification of your job transfer within our organization. Effective immediately upon your receipt of this letter, your employment terms will be amended as described below. This transfer is made in accordance with company policies and applicable United States labor laws.</w:t>
      </w:r>
    </w:p>
    <w:p/>
    <w:p/>
    <w:p>
      <w:r>
        <w:rPr>
          <w:b/>
          <w:sz w:val="22"/>
        </w:rPr>
        <w:t>1. Transfer Details</w:t>
      </w:r>
    </w:p>
    <w:p>
      <w:r>
        <w:rPr>
          <w:b w:val="0"/>
          <w:sz w:val="20"/>
        </w:rPr>
        <w:t>You are being transferred from your current position as _______________________________________________________________ in the _______________________________________________________ department to the position of _______________________________________________________________ in the _______________________________________________________ department.</w:t>
      </w:r>
    </w:p>
    <w:p>
      <w:r>
        <w:rPr>
          <w:b w:val="0"/>
          <w:sz w:val="20"/>
        </w:rPr>
        <w:t>Your new reporting manager will be _______________________________________________________________.</w:t>
      </w:r>
    </w:p>
    <w:p>
      <w:r>
        <w:rPr>
          <w:b w:val="0"/>
          <w:sz w:val="20"/>
        </w:rPr>
        <w:t>Your new work location will be _______________________________________________________________.</w:t>
      </w:r>
    </w:p>
    <w:p/>
    <w:p/>
    <w:p>
      <w:r>
        <w:rPr>
          <w:b/>
          <w:sz w:val="22"/>
        </w:rPr>
        <w:t>2. Employment Terms</w:t>
      </w:r>
    </w:p>
    <w:p>
      <w:r>
        <w:rPr>
          <w:b w:val="0"/>
          <w:sz w:val="20"/>
        </w:rPr>
        <w:t>Your employment status, benefits, and seniority will remain unchanged except as modified in this letter.</w:t>
      </w:r>
    </w:p>
    <w:p>
      <w:r>
        <w:rPr>
          <w:b w:val="0"/>
          <w:sz w:val="20"/>
        </w:rPr>
        <w:t>The effective date of this transfer will be upon your acceptance of this letter and commencement of your duties at the new position and/or location.</w:t>
      </w:r>
    </w:p>
    <w:p>
      <w:r>
        <w:rPr>
          <w:b w:val="0"/>
          <w:sz w:val="20"/>
        </w:rPr>
        <w:t>Your salary and compensation package will _______________________________________________________________.</w:t>
      </w:r>
    </w:p>
    <w:p/>
    <w:p/>
    <w:p>
      <w:r>
        <w:rPr>
          <w:b/>
          <w:sz w:val="22"/>
        </w:rPr>
        <w:t>3. Duties and Responsibilities</w:t>
      </w:r>
    </w:p>
    <w:p>
      <w:r>
        <w:rPr>
          <w:b w:val="0"/>
          <w:sz w:val="20"/>
        </w:rPr>
        <w:t>Your new role will include duties and responsibilities as outlined in the attached job description, which is incorporated herein by reference.</w:t>
      </w:r>
    </w:p>
    <w:p>
      <w:r>
        <w:rPr>
          <w:b w:val="0"/>
          <w:sz w:val="20"/>
        </w:rPr>
        <w:t>You are expected to perform all duties faithfully, diligently, and in accordance with company policies and applicable laws.</w:t>
      </w:r>
    </w:p>
    <w:p/>
    <w:p/>
    <w:p>
      <w:r>
        <w:rPr>
          <w:b/>
          <w:sz w:val="22"/>
        </w:rPr>
        <w:t>4. Employee Acknowledgment</w:t>
      </w:r>
    </w:p>
    <w:p>
      <w:r>
        <w:rPr>
          <w:b w:val="0"/>
          <w:sz w:val="20"/>
        </w:rPr>
        <w:t>Please acknowledge your acceptance of this job transfer by signing below and returning a signed copy of this letter to Human Resources.</w:t>
      </w:r>
    </w:p>
    <w:p>
      <w:r>
        <w:rPr>
          <w:b w:val="0"/>
          <w:sz w:val="20"/>
        </w:rPr>
        <w:t>Your signature below confirms that you understand and agree to the terms and conditions set forth in this letter.</w:t>
      </w:r>
    </w:p>
    <w:p/>
    <w:p/>
    <w:p>
      <w:r>
        <w:rPr>
          <w:b/>
          <w:sz w:val="22"/>
        </w:rPr>
        <w:t>5. Additional Provisions</w:t>
      </w:r>
    </w:p>
    <w:p>
      <w:r>
        <w:rPr>
          <w:b w:val="0"/>
          <w:sz w:val="20"/>
        </w:rPr>
        <w:t>This transfer letter does not constitute a guarantee of continued employment. Your employment remains at-will, subject to termination by either party at any time, with or without cause or notice, to the extent permitted by law.</w:t>
      </w:r>
    </w:p>
    <w:p>
      <w:r>
        <w:rPr>
          <w:b w:val="0"/>
          <w:sz w:val="20"/>
        </w:rPr>
        <w:t>All other terms and conditions of your employment remain in full force and effect unless expressly modified herein.</w:t>
      </w:r>
    </w:p>
    <w:p>
      <w:r>
        <w:rPr>
          <w:b w:val="0"/>
          <w:sz w:val="20"/>
        </w:rPr>
        <w:t>Any disputes arising from or related to this transfer shall be governed by the laws of the State of ____________________________ and resolved by appropriate legal means.</w:t>
      </w:r>
    </w:p>
    <w:p/>
    <w:p/>
    <w:p>
      <w:r>
        <w:rPr>
          <w:b w:val="0"/>
          <w:sz w:val="20"/>
        </w:rPr>
        <w:t>We look forward to your continued contributions in your new role and are confident that you will succeed in this position.</w:t>
      </w:r>
    </w:p>
    <w:p>
      <w:r>
        <w:rPr>
          <w:b w:val="0"/>
          <w:sz w:val="20"/>
        </w:rPr>
        <w:t>Should you have any questions or require additional information, please contact the Human Resources department.</w:t>
      </w:r>
    </w:p>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_________________________</w:t>
            </w:r>
          </w:p>
        </w:tc>
        <w:tc>
          <w:tcPr>
            <w:tcW w:type="dxa" w:w="4986"/>
            <w:tcBorders>
              <w:top w:val="nil"/>
              <w:left w:val="nil"/>
              <w:bottom w:val="nil"/>
              <w:right w:val="nil"/>
              <w:insideH w:val="nil"/>
              <w:insideV w:val="nil"/>
            </w:tcBorders>
          </w:tcPr>
          <w:p>
            <w:pPr>
              <w:jc w:val="center"/>
            </w:pPr>
            <w:r>
              <w:t>Name: ________________________________  Date: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https://letterdocs-us.com/job-transfer-letter/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job-transfer-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