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JOB OFFER LETTER</w:t>
      </w:r>
    </w:p>
    <w:p/>
    <w:p>
      <w:r>
        <w:rPr>
          <w:b/>
          <w:sz w:val="20"/>
        </w:rPr>
        <w:t>Employer Information:</w:t>
      </w:r>
    </w:p>
    <w:p>
      <w:r>
        <w:rPr>
          <w:b w:val="0"/>
          <w:sz w:val="20"/>
        </w:rPr>
        <w:t>Company Name: 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Candidate Information:</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Subject: Offer of Employment</w:t>
      </w:r>
    </w:p>
    <w:p/>
    <w:p>
      <w:r>
        <w:rPr>
          <w:b w:val="0"/>
          <w:sz w:val="20"/>
        </w:rPr>
        <w:t>Dear ________________________________,</w:t>
      </w:r>
    </w:p>
    <w:p/>
    <w:p>
      <w:r>
        <w:rPr>
          <w:b w:val="0"/>
          <w:sz w:val="20"/>
        </w:rPr>
        <w:t>We are pleased to offer you employment with ____________________________ (the "Company") under the terms and conditions set forth in this letter. This offer is contingent upon your acceptance of this letter and any background or reference checks that may be required.</w:t>
      </w:r>
    </w:p>
    <w:p/>
    <w:p>
      <w:r>
        <w:rPr>
          <w:b/>
          <w:sz w:val="20"/>
        </w:rPr>
        <w:t>1. Position and Reporting</w:t>
      </w:r>
    </w:p>
    <w:p>
      <w:r>
        <w:rPr>
          <w:b w:val="0"/>
          <w:sz w:val="20"/>
        </w:rPr>
        <w:t>You shall be employed in the position of __________________________________. You will report directly to ________________________________ or such other person as the Company may designate. Your duties and responsibilities shall be those customarily associated with this position and as reasonably assigned by the Company.</w:t>
      </w:r>
    </w:p>
    <w:p/>
    <w:p>
      <w:r>
        <w:rPr>
          <w:b/>
          <w:sz w:val="20"/>
        </w:rPr>
        <w:t>2. Start Date and Employment At-Will</w:t>
      </w:r>
    </w:p>
    <w:p>
      <w:r>
        <w:rPr>
          <w:b w:val="0"/>
          <w:sz w:val="20"/>
        </w:rPr>
        <w:t>Your anticipated start date will be ________________________. Please note that your employment with the Company is "at-will," which means that either you or the Company may terminate the employment relationship at any time, with or without cause or notice, subject to applicable law.</w:t>
      </w:r>
    </w:p>
    <w:p/>
    <w:p>
      <w:r>
        <w:rPr>
          <w:b/>
          <w:sz w:val="20"/>
        </w:rPr>
        <w:t>3. Compensation</w:t>
      </w:r>
    </w:p>
    <w:p>
      <w:r>
        <w:rPr>
          <w:b w:val="0"/>
          <w:sz w:val="20"/>
        </w:rPr>
        <w:t>Your starting salary will be $____________ per year, payable in accordance with the Company’s standard payroll practices and subject to all applicable taxes and withholdings. You may be eligible for bonuses or other incentive compensation as determined by the Company from time to time, but such bonuses are discretionary and not guaranteed.</w:t>
      </w:r>
    </w:p>
    <w:p/>
    <w:p>
      <w:r>
        <w:rPr>
          <w:b/>
          <w:sz w:val="20"/>
        </w:rPr>
        <w:t>4. Benefits</w:t>
      </w:r>
    </w:p>
    <w:p>
      <w:r>
        <w:rPr>
          <w:b w:val="0"/>
          <w:sz w:val="20"/>
        </w:rPr>
        <w:t>You will be eligible to participate in the Company's employee benefit plans, including but not limited to health insurance, retirement plans, and paid time off, subject to the terms and conditions of those plans and the Company’s policies, which may be modified from time to time.</w:t>
      </w:r>
    </w:p>
    <w:p/>
    <w:p>
      <w:r>
        <w:rPr>
          <w:b/>
          <w:sz w:val="20"/>
        </w:rPr>
        <w:t>5. Confidentiality and Proprietary Rights</w:t>
      </w:r>
    </w:p>
    <w:p>
      <w:r>
        <w:rPr>
          <w:b w:val="0"/>
          <w:sz w:val="20"/>
        </w:rPr>
        <w:t>As a condition of your employment, you will be required to sign the Company’s standard Confidentiality and Proprietary Rights Agreement. You acknowledge that you will be entrusted with confidential and proprietary information that is the exclusive property of the Company.</w:t>
      </w:r>
    </w:p>
    <w:p/>
    <w:p>
      <w:r>
        <w:rPr>
          <w:b/>
          <w:sz w:val="20"/>
        </w:rPr>
        <w:t>6. Non-Competition and Non-Solicitation</w:t>
      </w:r>
    </w:p>
    <w:p>
      <w:r>
        <w:rPr>
          <w:b w:val="0"/>
          <w:sz w:val="20"/>
        </w:rPr>
        <w:t>You agree that during your employment and for a period of ________ months following termination, you will not engage in any business or activity that directly competes with the Company, nor solicit any of the Company's employees or clients. Specific terms and restrictions will be outlined in a separate agreement if applicable.</w:t>
      </w:r>
    </w:p>
    <w:p/>
    <w:p>
      <w:r>
        <w:rPr>
          <w:b/>
          <w:sz w:val="20"/>
        </w:rPr>
        <w:t>7. Employment Policies</w:t>
      </w:r>
    </w:p>
    <w:p>
      <w:r>
        <w:rPr>
          <w:b w:val="0"/>
          <w:sz w:val="20"/>
        </w:rPr>
        <w:t>You agree to comply with all Company policies, procedures, and practices, including but not limited to those related to workplace conduct, safety, and ethics, as may be in effect and amended from time to time.</w:t>
      </w:r>
    </w:p>
    <w:p/>
    <w:p>
      <w:r>
        <w:rPr>
          <w:b/>
          <w:sz w:val="20"/>
        </w:rPr>
        <w:t>8. Termination</w:t>
      </w:r>
    </w:p>
    <w:p>
      <w:r>
        <w:rPr>
          <w:b w:val="0"/>
          <w:sz w:val="20"/>
        </w:rPr>
        <w:t>Your employment may be terminated at any time by either party, with or without cause or notice. Upon termination, you agree to return all Company property and confidential information in your possession.</w:t>
      </w:r>
    </w:p>
    <w:p/>
    <w:p>
      <w:r>
        <w:rPr>
          <w:b/>
          <w:sz w:val="20"/>
        </w:rPr>
        <w:t>9. Entire Agreement</w:t>
      </w:r>
    </w:p>
    <w:p>
      <w:r>
        <w:rPr>
          <w:b w:val="0"/>
          <w:sz w:val="20"/>
        </w:rPr>
        <w:t>This letter, along with any agreements referenced herein, constitutes the entire agreement between you and the Company regarding your employment. Any modifications must be in writing and signed by both parties.</w:t>
      </w:r>
    </w:p>
    <w:p/>
    <w:p>
      <w:r>
        <w:rPr>
          <w:b/>
          <w:sz w:val="20"/>
        </w:rPr>
        <w:t>10. Governing Law</w:t>
      </w:r>
    </w:p>
    <w:p>
      <w:r>
        <w:rPr>
          <w:b w:val="0"/>
          <w:sz w:val="20"/>
        </w:rPr>
        <w:t>This Agreement shall be governed by and construed in accordance with the laws of the State of ____________________, without regard to its conflict of laws principles.</w:t>
      </w:r>
    </w:p>
    <w:p/>
    <w:p/>
    <w:p>
      <w:r>
        <w:rPr>
          <w:b w:val="0"/>
          <w:sz w:val="20"/>
        </w:rPr>
        <w:t>Please indicate your acceptance of this offer by signing below and returning a copy of this letter to us.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CANDIDATE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https://letterdocs-us.com/job-offer-offer-letter/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job-offer-offer-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