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IMMIGRATION SUPPORT LETTER</w:t>
      </w:r>
    </w:p>
    <w:p/>
    <w:p>
      <w:r>
        <w:rPr>
          <w:b/>
          <w:sz w:val="20"/>
        </w:rPr>
        <w:t>Sender Information:</w:t>
      </w:r>
    </w:p>
    <w:p>
      <w:r>
        <w:rPr>
          <w:b w:val="0"/>
          <w:sz w:val="20"/>
        </w:rPr>
        <w:t>Full Name: ____________________________________________________________</w:t>
      </w:r>
    </w:p>
    <w:p>
      <w:r>
        <w:rPr>
          <w:b w:val="0"/>
          <w:sz w:val="20"/>
        </w:rPr>
        <w:t>Relationship to Applicant: _____________________________________________</w:t>
      </w:r>
    </w:p>
    <w:p>
      <w:r>
        <w:rPr>
          <w:b w:val="0"/>
          <w:sz w:val="20"/>
        </w:rPr>
        <w:t>Address: _____________________________________________________________</w:t>
      </w:r>
    </w:p>
    <w:p>
      <w:r>
        <w:rPr>
          <w:b w:val="0"/>
          <w:sz w:val="20"/>
        </w:rPr>
        <w:t>Phone Number: ________________________________________________________</w:t>
      </w:r>
    </w:p>
    <w:p>
      <w:r>
        <w:rPr>
          <w:b w:val="0"/>
          <w:sz w:val="20"/>
        </w:rPr>
        <w:t>Email Address: ________________________________________________________</w:t>
      </w:r>
    </w:p>
    <w:p/>
    <w:p>
      <w:r>
        <w:rPr>
          <w:b/>
          <w:sz w:val="20"/>
        </w:rPr>
        <w:t>To Whom It May Concern:</w:t>
      </w:r>
    </w:p>
    <w:p/>
    <w:p>
      <w:r>
        <w:rPr>
          <w:b w:val="0"/>
          <w:sz w:val="20"/>
        </w:rPr>
        <w:t>I am writing this letter to provide my full support for the immigration application of the individual named below. I confirm that I know the applicant personally and am willing to assist them in their immigration process and settlement in the United States.</w:t>
      </w:r>
    </w:p>
    <w:p/>
    <w:p>
      <w:r>
        <w:rPr>
          <w:b/>
          <w:sz w:val="20"/>
        </w:rPr>
        <w:t>Applicant Information:</w:t>
      </w:r>
    </w:p>
    <w:p>
      <w:r>
        <w:rPr>
          <w:b w:val="0"/>
          <w:sz w:val="20"/>
        </w:rPr>
        <w:t>Full Name: ____________________________________________________________</w:t>
      </w:r>
    </w:p>
    <w:p>
      <w:r>
        <w:rPr>
          <w:b w:val="0"/>
          <w:sz w:val="20"/>
        </w:rPr>
        <w:t>Date of Birth: _________________________________________________________</w:t>
      </w:r>
    </w:p>
    <w:p>
      <w:r>
        <w:rPr>
          <w:b w:val="0"/>
          <w:sz w:val="20"/>
        </w:rPr>
        <w:t>Country of Origin: _____________________________________________________</w:t>
      </w:r>
    </w:p>
    <w:p>
      <w:r>
        <w:rPr>
          <w:b w:val="0"/>
          <w:sz w:val="20"/>
        </w:rPr>
        <w:t>Passport Number (if applicable): ________________________________________</w:t>
      </w:r>
    </w:p>
    <w:p/>
    <w:p>
      <w:r>
        <w:rPr>
          <w:b/>
          <w:sz w:val="20"/>
        </w:rPr>
        <w:t>Relationship with Applicant:</w:t>
      </w:r>
    </w:p>
    <w:p>
      <w:r>
        <w:rPr>
          <w:b w:val="0"/>
          <w:sz w:val="20"/>
        </w:rPr>
        <w:t>I have known the applicant for ______________ years and our relationship is _______________________________________________________________.</w:t>
      </w:r>
    </w:p>
    <w:p/>
    <w:p>
      <w:r>
        <w:rPr>
          <w:b/>
          <w:sz w:val="20"/>
        </w:rPr>
        <w:t>Purpose of Support:</w:t>
      </w:r>
    </w:p>
    <w:p>
      <w:r>
        <w:rPr>
          <w:b w:val="0"/>
          <w:sz w:val="20"/>
        </w:rPr>
        <w:t>I am committed to providing the applicant with the following assistance during their immigration process and initial settlement period:</w:t>
      </w:r>
    </w:p>
    <w:p>
      <w:r>
        <w:rPr>
          <w:b w:val="0"/>
          <w:sz w:val="20"/>
        </w:rPr>
        <w:t>- Accommodation and housing arrangements as needed.</w:t>
      </w:r>
    </w:p>
    <w:p>
      <w:r>
        <w:rPr>
          <w:b w:val="0"/>
          <w:sz w:val="20"/>
        </w:rPr>
        <w:t>- Financial assistance and support as required.</w:t>
      </w:r>
    </w:p>
    <w:p>
      <w:r>
        <w:rPr>
          <w:b w:val="0"/>
          <w:sz w:val="20"/>
        </w:rPr>
        <w:t>- Guidance and help in adapting to the cultural and social environment of the United States.</w:t>
      </w:r>
    </w:p>
    <w:p>
      <w:r>
        <w:rPr>
          <w:b w:val="0"/>
          <w:sz w:val="20"/>
        </w:rPr>
        <w:t>- Assistance in accessing necessary public services, including healthcare and education.</w:t>
      </w:r>
    </w:p>
    <w:p>
      <w:r>
        <w:rPr>
          <w:b w:val="0"/>
          <w:sz w:val="20"/>
        </w:rPr>
        <w:t>- Support in finding employment and professional development opportunities.</w:t>
      </w:r>
    </w:p>
    <w:p/>
    <w:p>
      <w:r>
        <w:rPr>
          <w:b/>
          <w:sz w:val="20"/>
        </w:rPr>
        <w:t>Statement of Commitment:</w:t>
      </w:r>
    </w:p>
    <w:p>
      <w:r>
        <w:rPr>
          <w:b w:val="0"/>
          <w:sz w:val="20"/>
        </w:rPr>
        <w:t>I understand the responsibilities involved in supporting an immigrant and affirm that I am able and willing to fulfill these commitments to the best of my ability throughout the duration of their adjustment and integration.</w:t>
      </w:r>
    </w:p>
    <w:p/>
    <w:p>
      <w:r>
        <w:rPr>
          <w:b/>
          <w:sz w:val="20"/>
        </w:rPr>
        <w:t>Legal Compliance:</w:t>
      </w:r>
    </w:p>
    <w:p>
      <w:r>
        <w:rPr>
          <w:b w:val="0"/>
          <w:sz w:val="20"/>
        </w:rPr>
        <w:t>This letter is made in good faith and to the best of my knowledge and belief is truthful, accurate, and complete. I understand that providing false information may have legal consequences under United States law.</w:t>
      </w:r>
    </w:p>
    <w:p/>
    <w:p>
      <w:r>
        <w:rPr>
          <w:b/>
          <w:sz w:val="20"/>
        </w:rPr>
        <w:t>Confidentiality:</w:t>
      </w:r>
    </w:p>
    <w:p>
      <w:r>
        <w:rPr>
          <w:b w:val="0"/>
          <w:sz w:val="20"/>
        </w:rPr>
        <w:t>I acknowledge that the information contained in this letter is intended for official use by the United States immigration authorities and will be treated with confidentiality.</w:t>
      </w:r>
    </w:p>
    <w:p/>
    <w:p>
      <w:r>
        <w:rPr>
          <w:b w:val="0"/>
          <w:sz w:val="20"/>
        </w:rPr>
        <w:t>Please do not hesitate to contact me should you require any further information or clarification regarding this letter or the applicant.</w:t>
      </w:r>
    </w:p>
    <w:p/>
    <w:p/>
    <w:p>
      <w:r>
        <w:rPr>
          <w:b w:val="0"/>
          <w:sz w:val="20"/>
        </w:rPr>
        <w:t>Place: ________________________________________________</w:t>
      </w:r>
    </w:p>
    <w:p>
      <w:r>
        <w:rPr>
          <w:b w:val="0"/>
          <w:sz w:val="20"/>
        </w:rPr>
        <w:t>Signature: ____________________________________________</w:t>
      </w:r>
    </w:p>
    <w:p>
      <w:r>
        <w:rPr>
          <w:b w:val="0"/>
          <w:sz w:val="20"/>
        </w:rPr>
        <w:t>Printed Name: _________________________________________</w:t>
      </w:r>
    </w:p>
    <w:p>
      <w:r>
        <w:rPr>
          <w:b w:val="0"/>
          <w:sz w:val="20"/>
        </w:rPr>
        <w:t>Date: 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Sender's Signature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Notary / Witness Signature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Signature: 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Signature: _______________________________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Printed Name: 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Printed Name: 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 source of this document: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https://letterdocs-us.com/immigration-support-letter/</w:t>
        </w:r>
      </w:hyperlink>
    </w:p>
    <w:p>
      <w:pPr>
        <w:jc w:val="center"/>
      </w:pPr>
      <w:r>
        <w:rPr>
          <w:color w:val="555555"/>
          <w:sz w:val="26"/>
        </w:rPr>
        <w:t>Did you find this template helpful?</w:t>
      </w:r>
    </w:p>
    <w:p>
      <w:pPr>
        <w:jc w:val="center"/>
      </w:pPr>
      <w:r>
        <w:rPr>
          <w:color w:val="555555"/>
          <w:sz w:val="26"/>
        </w:rPr>
        <w:t>Find more updated templates at: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https://letterdocs-us.com</w:t>
        </w:r>
      </w:hyperlink>
    </w:p>
    <w:p>
      <w:pPr>
        <w:jc w:val="center"/>
      </w:pPr>
      <w:r>
        <w:rPr>
          <w:color w:val="808080"/>
          <w:sz w:val="20"/>
        </w:rPr>
        <w:t>This template is intended exclusively for personal, non-commercial use.</w:t>
        <w:br/>
        <w:t>If distributed or published, the source must be mentioned. © letterdocs-us.com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letterdocs-us.com/immigration-support-letter/" TargetMode="External"/><Relationship Id="rId10" Type="http://schemas.openxmlformats.org/officeDocument/2006/relationships/hyperlink" Target="https://letterdocs-u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