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IMMEDIATE RESIGNATION LETTER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Human Resources Department</w:t>
      </w:r>
    </w:p>
    <w:p>
      <w:r>
        <w:rPr>
          <w:b w:val="0"/>
          <w:sz w:val="20"/>
        </w:rPr>
        <w:t>Company Name: ______________________________________________</w:t>
      </w:r>
    </w:p>
    <w:p>
      <w:r>
        <w:rPr>
          <w:b w:val="0"/>
          <w:sz w:val="20"/>
        </w:rPr>
        <w:t>Company Address: ____________________________________________</w:t>
      </w:r>
    </w:p>
    <w:p>
      <w:r>
        <w:rPr>
          <w:b w:val="0"/>
          <w:sz w:val="20"/>
        </w:rPr>
        <w:t>City, State, ZIP: ____________________________________________</w:t>
      </w:r>
    </w:p>
    <w:p/>
    <w:p/>
    <w:p>
      <w:r>
        <w:rPr>
          <w:b/>
          <w:sz w:val="20"/>
        </w:rPr>
        <w:t>Subject: Immediate Resignation Notification</w:t>
      </w:r>
    </w:p>
    <w:p/>
    <w:p/>
    <w:p>
      <w:r>
        <w:rPr>
          <w:b w:val="0"/>
          <w:sz w:val="20"/>
        </w:rPr>
        <w:t>Dear Sir or Madam,</w:t>
      </w:r>
    </w:p>
    <w:p/>
    <w:p>
      <w:r>
        <w:rPr>
          <w:b w:val="0"/>
          <w:sz w:val="20"/>
        </w:rPr>
        <w:t>I am writing to formally notify you of my immediate resignation from my position at the company, effective immediately. Due to unforeseen and pressing personal circumstances, I regret that I am unable to serve a notice period.</w:t>
      </w:r>
    </w:p>
    <w:p/>
    <w:p>
      <w:r>
        <w:rPr>
          <w:b/>
          <w:sz w:val="20"/>
        </w:rPr>
        <w:t>Employee Information:</w:t>
      </w:r>
    </w:p>
    <w:p>
      <w:r>
        <w:rPr>
          <w:b w:val="0"/>
          <w:sz w:val="20"/>
        </w:rPr>
        <w:t>Full Name: 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______________________________________________________</w:t>
      </w:r>
    </w:p>
    <w:p>
      <w:r>
        <w:rPr>
          <w:b w:val="0"/>
          <w:sz w:val="20"/>
        </w:rPr>
        <w:t>Department: _________________________________________________________</w:t>
      </w:r>
    </w:p>
    <w:p>
      <w:r>
        <w:rPr>
          <w:b w:val="0"/>
          <w:sz w:val="20"/>
        </w:rPr>
        <w:t>Employee ID (if applicable): _________________________________________</w:t>
      </w:r>
    </w:p>
    <w:p/>
    <w:p>
      <w:r>
        <w:rPr>
          <w:b w:val="0"/>
          <w:sz w:val="20"/>
        </w:rPr>
        <w:t>I understand that my immediate departure may cause inconvenience, and I sincerely apologize for any disruption this may cause to the team and company operations.</w:t>
      </w:r>
    </w:p>
    <w:p/>
    <w:p>
      <w:r>
        <w:rPr>
          <w:b w:val="0"/>
          <w:sz w:val="20"/>
        </w:rPr>
        <w:t>I commit to returning all company property, including but not limited to keys, access cards, electronic devices, documents, and confidential information, on or before my last working day.</w:t>
      </w:r>
    </w:p>
    <w:p/>
    <w:p>
      <w:r>
        <w:rPr>
          <w:b w:val="0"/>
          <w:sz w:val="20"/>
        </w:rPr>
        <w:t>Please process my final paycheck, including any earned but unpaid wages, accrued vacation or paid time off, and any other benefits to which I am entitled under company policy and applicable law.</w:t>
      </w:r>
    </w:p>
    <w:p/>
    <w:p>
      <w:r>
        <w:rPr>
          <w:b w:val="0"/>
          <w:sz w:val="20"/>
        </w:rPr>
        <w:t>I acknowledge my continuing obligation to maintain the confidentiality of all proprietary and confidential information obtained during my employment, in accordance with company policies and applicable laws.</w:t>
      </w:r>
    </w:p>
    <w:p/>
    <w:p>
      <w:r>
        <w:rPr>
          <w:b w:val="0"/>
          <w:sz w:val="20"/>
        </w:rPr>
        <w:t>This resignation is submitted voluntarily and in compliance with all applicable federal, state, and local laws governing employment and termination in the United States.</w:t>
      </w:r>
    </w:p>
    <w:p/>
    <w:p>
      <w:r>
        <w:rPr>
          <w:b w:val="0"/>
          <w:sz w:val="20"/>
        </w:rPr>
        <w:t>I kindly request written acknowledgment of this resignation letter and confirmation of the effective date of termination.</w:t>
      </w:r>
    </w:p>
    <w:p/>
    <w:p/>
    <w:p>
      <w:r>
        <w:rPr>
          <w:b w:val="0"/>
          <w:sz w:val="20"/>
        </w:rPr>
        <w:t>Thank you for the opportunities provided to me during my tenure with the company. I wish the organization continued success in the future.</w:t>
      </w:r>
    </w:p>
    <w:p/>
    <w:p/>
    <w:p>
      <w:r>
        <w:rPr>
          <w:b w:val="0"/>
          <w:sz w:val="20"/>
        </w:rPr>
        <w:t>Sincerely,</w:t>
      </w:r>
    </w:p>
    <w:p/>
    <w:p/>
    <w:p/>
    <w:p>
      <w:r>
        <w:rPr>
          <w:b w:val="0"/>
          <w:sz w:val="20"/>
        </w:rPr>
        <w:t>___________________________________</w:t>
      </w:r>
    </w:p>
    <w:p>
      <w:r>
        <w:rPr>
          <w:b w:val="0"/>
          <w:sz w:val="20"/>
        </w:rPr>
        <w:t>Signature of Employee</w:t>
      </w:r>
    </w:p>
    <w:p/>
    <w:p/>
    <w:p>
      <w:r>
        <w:rPr>
          <w:b w:val="0"/>
          <w:sz w:val="20"/>
        </w:rPr>
        <w:t>Printed Name: ______________________________________________________</w:t>
      </w:r>
    </w:p>
    <w:p>
      <w:r>
        <w:rPr>
          <w:b w:val="0"/>
          <w:sz w:val="20"/>
        </w:rPr>
        <w:t>Date Signed: 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 / HR REPRESENTATIVE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https://letterdocs-us.com/immediate-resignation-letter/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immediate-resignation-letter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