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HOMELESSNESS VERIFICATION LETTER</w:t>
      </w:r>
    </w:p>
    <w:p/>
    <w:p>
      <w:r>
        <w:rPr>
          <w:b/>
          <w:sz w:val="20"/>
        </w:rPr>
        <w:t>To Whom It May Concern:</w:t>
      </w:r>
    </w:p>
    <w:p/>
    <w:p>
      <w:r>
        <w:rPr>
          <w:b w:val="0"/>
          <w:sz w:val="20"/>
        </w:rPr>
        <w:t>This letter serves as official verification of homelessness status for the individual named below. This certification is issued in accordance with applicable United States federal and state laws and is intended for use in obtaining housing assistance, benefits, or other social services as eligible by law.</w:t>
      </w:r>
    </w:p>
    <w:p/>
    <w:p/>
    <w:p>
      <w:r>
        <w:rPr>
          <w:b/>
          <w:sz w:val="20"/>
        </w:rPr>
        <w:t>Applicant Information:</w:t>
      </w:r>
    </w:p>
    <w:p>
      <w:r>
        <w:rPr>
          <w:b w:val="0"/>
          <w:sz w:val="20"/>
        </w:rPr>
        <w:t>Full Name: _________________________________________________________________</w:t>
      </w:r>
    </w:p>
    <w:p>
      <w:r>
        <w:rPr>
          <w:b w:val="0"/>
          <w:sz w:val="20"/>
        </w:rPr>
        <w:t>Date of Birth: ______________________________________________________________</w:t>
      </w:r>
    </w:p>
    <w:p>
      <w:r>
        <w:rPr>
          <w:b w:val="0"/>
          <w:sz w:val="20"/>
        </w:rPr>
        <w:t>Social Security Number (last 4 digits): _______________________________________</w:t>
      </w:r>
    </w:p>
    <w:p>
      <w:r>
        <w:rPr>
          <w:b w:val="0"/>
          <w:sz w:val="20"/>
        </w:rPr>
        <w:t>Current Contact Information (if any): ________________________________________</w:t>
      </w:r>
    </w:p>
    <w:p/>
    <w:p>
      <w:r>
        <w:rPr>
          <w:b/>
          <w:sz w:val="20"/>
        </w:rPr>
        <w:t>Verification Authority:</w:t>
      </w:r>
    </w:p>
    <w:p>
      <w:r>
        <w:rPr>
          <w:b w:val="0"/>
          <w:sz w:val="20"/>
        </w:rPr>
        <w:t>Name of Agency/Organization: ________________________________________________</w:t>
      </w:r>
    </w:p>
    <w:p>
      <w:r>
        <w:rPr>
          <w:b w:val="0"/>
          <w:sz w:val="20"/>
        </w:rPr>
        <w:t>Representative Name and Title: _______________________________________________</w:t>
      </w:r>
    </w:p>
    <w:p>
      <w:r>
        <w:rPr>
          <w:b w:val="0"/>
          <w:sz w:val="20"/>
        </w:rPr>
        <w:t>Contact Phone Number: ______________________________________________________</w:t>
      </w:r>
    </w:p>
    <w:p>
      <w:r>
        <w:rPr>
          <w:b w:val="0"/>
          <w:sz w:val="20"/>
        </w:rPr>
        <w:t>Email Address: ______________________________________________________________</w:t>
      </w:r>
    </w:p>
    <w:p/>
    <w:p>
      <w:r>
        <w:rPr>
          <w:b/>
          <w:sz w:val="20"/>
        </w:rPr>
        <w:t>Statement of Homelessness Verification:</w:t>
      </w:r>
    </w:p>
    <w:p>
      <w:r>
        <w:rPr>
          <w:b w:val="0"/>
          <w:sz w:val="20"/>
        </w:rPr>
        <w:t>Based on personal observation, client interview, and/or records maintained by this agency, it is hereby certified that the individual named above meets the criteria of homelessness as defined under 42 U.S.C. § 11302 and/or the McKinney-Vento Homeless Assistance Act. The individual is currently without a fixed, regular, and adequate nighttime residence and is unable to obtain permanent housing without assistance.</w:t>
      </w:r>
    </w:p>
    <w:p/>
    <w:p>
      <w:r>
        <w:rPr>
          <w:b/>
          <w:sz w:val="20"/>
        </w:rPr>
        <w:t>The following circumstances have been verified and documented to support this certification (check applicable):</w:t>
      </w:r>
    </w:p>
    <w:p>
      <w:r>
        <w:rPr>
          <w:b w:val="0"/>
          <w:sz w:val="20"/>
        </w:rPr>
        <w:t>☐ Living in a supervised publicly or privately operated shelter designated to provide temporary living accommodations (including welfare hotels, congregate shelters, and transitional housing).</w:t>
      </w:r>
    </w:p>
    <w:p>
      <w:r>
        <w:rPr>
          <w:b w:val="0"/>
          <w:sz w:val="20"/>
        </w:rPr>
        <w:t>☐ Living in a public or private place not meant for human habitation (such as streets, parks, cars, abandoned buildings, or other similar locations).</w:t>
      </w:r>
    </w:p>
    <w:p>
      <w:r>
        <w:rPr>
          <w:b w:val="0"/>
          <w:sz w:val="20"/>
        </w:rPr>
        <w:t>☐ Fleeing domestic violence, dating violence, sexual assault, stalking, or other dangerous or life-threatening conditions related to violence.</w:t>
      </w:r>
    </w:p>
    <w:p>
      <w:r>
        <w:rPr>
          <w:b w:val="0"/>
          <w:sz w:val="20"/>
        </w:rPr>
        <w:t>☐ Other verified circumstances consistent with homelessness definition (please specify): ________________________________________________________________</w:t>
      </w:r>
    </w:p>
    <w:p/>
    <w:p>
      <w:r>
        <w:rPr>
          <w:b/>
          <w:sz w:val="20"/>
        </w:rPr>
        <w:t>Duration of Homelessness:</w:t>
      </w:r>
    </w:p>
    <w:p>
      <w:r>
        <w:rPr>
          <w:b w:val="0"/>
          <w:sz w:val="20"/>
        </w:rPr>
        <w:t>The individual has been homeless since: ___________________________________________</w:t>
      </w:r>
    </w:p>
    <w:p/>
    <w:p>
      <w:r>
        <w:rPr>
          <w:b/>
          <w:sz w:val="20"/>
        </w:rPr>
        <w:t>Rights and Responsibilities:</w:t>
      </w:r>
    </w:p>
    <w:p>
      <w:r>
        <w:rPr>
          <w:b w:val="0"/>
          <w:sz w:val="20"/>
        </w:rPr>
        <w:t>This verification letter is issued solely for the purpose of obtaining assistance and does not constitute a promise or guarantee of housing or benefits. The individual has been informed of their rights and responsibilities under applicable housing assistance programs and federal laws prohibiting discrimination and providing for fair treatment.</w:t>
      </w:r>
    </w:p>
    <w:p/>
    <w:p>
      <w:r>
        <w:rPr>
          <w:b/>
          <w:sz w:val="20"/>
        </w:rPr>
        <w:t>Confidentiality:</w:t>
      </w:r>
    </w:p>
    <w:p>
      <w:r>
        <w:rPr>
          <w:b w:val="0"/>
          <w:sz w:val="20"/>
        </w:rPr>
        <w:t>All information contained herein is confidential and is provided solely for the purpose of verifying homelessness status. This document must be handled in compliance with applicable privacy laws, including but not limited to the Health Insurance Portability and Accountability Act (HIPAA), and must not be disclosed to unauthorized parties.</w:t>
      </w:r>
    </w:p>
    <w:p/>
    <w:p>
      <w:r>
        <w:rPr>
          <w:b/>
          <w:sz w:val="20"/>
        </w:rPr>
        <w:t>Certification of Accuracy:</w:t>
      </w:r>
    </w:p>
    <w:p>
      <w:r>
        <w:rPr>
          <w:b w:val="0"/>
          <w:sz w:val="20"/>
        </w:rPr>
        <w:t>I hereby certify under penalty of perjury under the laws of the United States of America and the relevant state jurisdiction that the information provided herein is true, accurate, and complete to the best of my knowledge and belief.</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VERIFIER</w:t>
            </w:r>
          </w:p>
        </w:tc>
        <w:tc>
          <w:tcPr>
            <w:tcW w:type="dxa" w:w="4986"/>
            <w:tcBorders>
              <w:top w:val="nil"/>
              <w:left w:val="nil"/>
              <w:bottom w:val="nil"/>
              <w:right w:val="nil"/>
              <w:insideH w:val="nil"/>
              <w:insideV w:val="nil"/>
            </w:tcBorders>
          </w:tcPr>
          <w:p>
            <w:pPr>
              <w:jc w:val="center"/>
            </w:pPr>
            <w:r>
              <w:t>APPLICANT</w:t>
            </w:r>
          </w:p>
        </w:tc>
      </w:tr>
      <w:tr>
        <w:tc>
          <w:tcPr>
            <w:tcW w:type="dxa" w:w="4986"/>
            <w:tcBorders>
              <w:top w:val="nil"/>
              <w:left w:val="nil"/>
              <w:bottom w:val="nil"/>
              <w:right w:val="nil"/>
              <w:insideH w:val="nil"/>
              <w:insideV w:val="nil"/>
            </w:tcBorders>
          </w:tcPr>
          <w:p>
            <w:pPr>
              <w:jc w:val="center"/>
            </w:pPr>
            <w:r>
              <w:br/>
              <w:br/>
              <w:t>Signature: _________________________________</w:t>
            </w:r>
          </w:p>
        </w:tc>
        <w:tc>
          <w:tcPr>
            <w:tcW w:type="dxa" w:w="4986"/>
            <w:tcBorders>
              <w:top w:val="nil"/>
              <w:left w:val="nil"/>
              <w:bottom w:val="nil"/>
              <w:right w:val="nil"/>
              <w:insideH w:val="nil"/>
              <w:insideV w:val="nil"/>
            </w:tcBorders>
          </w:tcPr>
          <w:p>
            <w:pPr>
              <w:jc w:val="center"/>
            </w:pPr>
            <w:r>
              <w:br/>
              <w:br/>
              <w:t>Signature: _________________________________</w:t>
            </w:r>
          </w:p>
        </w:tc>
      </w:tr>
      <w:tr>
        <w:tc>
          <w:tcPr>
            <w:tcW w:type="dxa" w:w="4986"/>
            <w:tcBorders>
              <w:top w:val="nil"/>
              <w:left w:val="nil"/>
              <w:bottom w:val="nil"/>
              <w:right w:val="nil"/>
              <w:insideH w:val="nil"/>
              <w:insideV w:val="nil"/>
            </w:tcBorders>
          </w:tcPr>
          <w:p>
            <w:pPr>
              <w:jc w:val="center"/>
            </w:pPr>
            <w:r>
              <w:t>Printed Name: ______________________________</w:t>
              <w:br/>
              <w:t>Title: ____________________________________</w:t>
            </w:r>
          </w:p>
        </w:tc>
        <w:tc>
          <w:tcPr>
            <w:tcW w:type="dxa" w:w="4986"/>
            <w:tcBorders>
              <w:top w:val="nil"/>
              <w:left w:val="nil"/>
              <w:bottom w:val="nil"/>
              <w:right w:val="nil"/>
              <w:insideH w:val="nil"/>
              <w:insideV w:val="nil"/>
            </w:tcBorders>
          </w:tcPr>
          <w:p>
            <w:pPr>
              <w:jc w:val="center"/>
            </w:pPr>
            <w:r>
              <w:t>Printed Name: ______________________________</w:t>
            </w:r>
          </w:p>
        </w:tc>
      </w:tr>
    </w:tbl>
    <w:p/>
    <w:p/>
    <w:p>
      <w:pPr>
        <w:jc w:val="center"/>
      </w:pPr>
      <w:r>
        <w:rPr>
          <w:b w:val="0"/>
          <w:sz w:val="20"/>
        </w:rPr>
        <w:t>For questions regarding this verification, please contact the issuing agency listed above.</w:t>
      </w:r>
    </w:p>
    <w:p/>
    <w:p>
      <w:r>
        <w:br w:type="page"/>
      </w:r>
    </w:p>
    <w:p>
      <w:pPr>
        <w:jc w:val="center"/>
      </w:pPr>
      <w:r>
        <w:rPr>
          <w:color w:val="555555"/>
          <w:sz w:val="24"/>
        </w:rPr>
        <w:t>Original source of this document:</w:t>
      </w:r>
    </w:p>
    <w:p>
      <w:pPr>
        <w:jc w:val="center"/>
      </w:pPr>
      <w:hyperlink r:id="rId9">
        <w:r>
          <w:rPr>
            <w:color w:val="0000FF"/>
            <w:u w:val="single"/>
          </w:rPr>
          <w:t>https://letterdocs-us.com/homelessness-homeless-letter/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https://letterdocs-us.com</w:t>
        </w:r>
      </w:hyperlink>
    </w:p>
    <w:p>
      <w:pPr>
        <w:jc w:val="center"/>
      </w:pPr>
      <w:r>
        <w:rPr>
          <w:color w:val="808080"/>
          <w:sz w:val="20"/>
        </w:rPr>
        <w:t>This template is intended exclusively for personal, non-commercial use.</w:t>
        <w:br/>
        <w:t>If distributed or published, the source must be mentioned. © letterdocs-us.com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docs-us.com/homelessness-homeless-letter/" TargetMode="External"/><Relationship Id="rId10" Type="http://schemas.openxmlformats.org/officeDocument/2006/relationships/hyperlink" Target="https://letterdocs-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