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GRANT REQUEST LETTER</w:t>
      </w:r>
    </w:p>
    <w:p/>
    <w:p/>
    <w:p>
      <w:r>
        <w:rPr>
          <w:b/>
          <w:sz w:val="20"/>
        </w:rPr>
        <w:t>To:</w:t>
      </w:r>
    </w:p>
    <w:p>
      <w:r>
        <w:rPr>
          <w:b w:val="0"/>
          <w:sz w:val="20"/>
        </w:rPr>
        <w:t>Grant Administrator / Funding Agency</w:t>
      </w:r>
    </w:p>
    <w:p>
      <w:r>
        <w:rPr>
          <w:b w:val="0"/>
          <w:sz w:val="20"/>
        </w:rPr>
        <w:t>Address: _______________________________________________________________</w:t>
      </w:r>
    </w:p>
    <w:p>
      <w:r>
        <w:rPr>
          <w:b w:val="0"/>
          <w:sz w:val="20"/>
        </w:rPr>
        <w:t>City, State, Zip Code: __________________________________________________</w:t>
      </w:r>
    </w:p>
    <w:p/>
    <w:p>
      <w:r>
        <w:rPr>
          <w:b/>
          <w:sz w:val="20"/>
        </w:rPr>
        <w:t>From:</w:t>
      </w:r>
    </w:p>
    <w:p>
      <w:r>
        <w:rPr>
          <w:b w:val="0"/>
          <w:sz w:val="20"/>
        </w:rPr>
        <w:t>Applicant Name / Organization: _____________________________________________</w:t>
      </w:r>
    </w:p>
    <w:p>
      <w:r>
        <w:rPr>
          <w:b w:val="0"/>
          <w:sz w:val="20"/>
        </w:rPr>
        <w:t>Address: _______________________________________________________________</w:t>
      </w:r>
    </w:p>
    <w:p>
      <w:r>
        <w:rPr>
          <w:b w:val="0"/>
          <w:sz w:val="20"/>
        </w:rPr>
        <w:t>City, State, Zip Code: 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Subject: Request for Grant Funding</w:t>
      </w:r>
    </w:p>
    <w:p/>
    <w:p>
      <w:r>
        <w:rPr>
          <w:b w:val="0"/>
          <w:sz w:val="20"/>
        </w:rPr>
        <w:t>Dear Grant Administrator,</w:t>
      </w:r>
    </w:p>
    <w:p/>
    <w:p>
      <w:r>
        <w:rPr>
          <w:b w:val="0"/>
          <w:sz w:val="20"/>
        </w:rPr>
        <w:t>I am writing to formally request grant funding to support the project described herein. We respectfully seek assistance to enable the successful implementation and completion of our initiative, which aligns with the goals and priorities of your funding program.</w:t>
      </w:r>
    </w:p>
    <w:p/>
    <w:p>
      <w:r>
        <w:rPr>
          <w:b/>
          <w:sz w:val="22"/>
        </w:rPr>
        <w:t>Project Description</w:t>
      </w:r>
    </w:p>
    <w:p>
      <w:r>
        <w:rPr>
          <w:b w:val="0"/>
          <w:sz w:val="20"/>
        </w:rPr>
        <w:t>Provide a detailed description of the project, including objectives, scope, and significance. Explain how the project addresses a specific need or problem, and why it is important to the community, field, or targeted beneficiaries.</w:t>
      </w:r>
    </w:p>
    <w:p/>
    <w:p>
      <w:r>
        <w:rPr>
          <w:b/>
          <w:sz w:val="22"/>
        </w:rPr>
        <w:t>Goals and Objectives</w:t>
      </w:r>
    </w:p>
    <w:p>
      <w:r>
        <w:rPr>
          <w:b w:val="0"/>
          <w:sz w:val="20"/>
        </w:rPr>
        <w:t>List the primary goals and specific objectives the project intends to achieve. Make sure these are clear, measurable, and achievable within the proposed timeline and budget.</w:t>
      </w:r>
    </w:p>
    <w:p/>
    <w:p>
      <w:r>
        <w:rPr>
          <w:b/>
          <w:sz w:val="22"/>
        </w:rPr>
        <w:t>Methodology and Approach</w:t>
      </w:r>
    </w:p>
    <w:p>
      <w:r>
        <w:rPr>
          <w:b w:val="0"/>
          <w:sz w:val="20"/>
        </w:rPr>
        <w:t>Describe the planned activities, research methods, or strategies that will be employed to accomplish the project goals. Include information about any partners, collaborators, or key personnel involved.</w:t>
      </w:r>
    </w:p>
    <w:p/>
    <w:p>
      <w:r>
        <w:rPr>
          <w:b/>
          <w:sz w:val="22"/>
        </w:rPr>
        <w:t>Expected Outcomes and Impact</w:t>
      </w:r>
    </w:p>
    <w:p>
      <w:r>
        <w:rPr>
          <w:b w:val="0"/>
          <w:sz w:val="20"/>
        </w:rPr>
        <w:t>Explain the anticipated results of the project and how it will positively impact the target population or environment. Specify any long-term benefits and how success will be measured.</w:t>
      </w:r>
    </w:p>
    <w:p/>
    <w:p>
      <w:r>
        <w:rPr>
          <w:b/>
          <w:sz w:val="22"/>
        </w:rPr>
        <w:t>Budget and Funding Request</w:t>
      </w:r>
    </w:p>
    <w:p>
      <w:r>
        <w:rPr>
          <w:b w:val="0"/>
          <w:sz w:val="20"/>
        </w:rPr>
        <w:t>Provide an overview of the total project budget, including major expense categories. Specify the amount of grant funding requested and any other sources of funding or in-kind contributions.</w:t>
      </w:r>
    </w:p>
    <w:p/>
    <w:p>
      <w:r>
        <w:rPr>
          <w:b/>
          <w:sz w:val="22"/>
        </w:rPr>
        <w:t>Compliance and Legal Assurances</w:t>
      </w:r>
    </w:p>
    <w:p>
      <w:r>
        <w:rPr>
          <w:b w:val="0"/>
          <w:sz w:val="20"/>
        </w:rPr>
        <w:t>The applicant certifies that all information contained in this request is true and accurate to the best of their knowledge. The project will comply with all applicable federal, state, and local laws and regulations. Any grant funds awarded will be used solely for the purposes outlined in this letter and associated project documents.</w:t>
      </w:r>
    </w:p>
    <w:p/>
    <w:p>
      <w:r>
        <w:rPr>
          <w:b/>
          <w:sz w:val="22"/>
        </w:rPr>
        <w:t>Attachments and Supporting Documents</w:t>
      </w:r>
    </w:p>
    <w:p>
      <w:r>
        <w:rPr>
          <w:b w:val="0"/>
          <w:sz w:val="20"/>
        </w:rPr>
        <w:t>Please find enclosed all necessary supporting materials, including project plans, budgets, timelines, organizational information, and any other documentation required by the funding agency.</w:t>
      </w:r>
    </w:p>
    <w:p/>
    <w:p/>
    <w:p>
      <w:r>
        <w:rPr>
          <w:b w:val="0"/>
          <w:sz w:val="20"/>
        </w:rPr>
        <w:t>We appreciate your consideration of this request and look forward to the opportunity to collaborate in advancing this important work. Please do not hesitate to contact us if additional information or clarification is needed.</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 / Authorized Representative</w:t>
            </w:r>
          </w:p>
        </w:tc>
        <w:tc>
          <w:tcPr>
            <w:tcW w:type="dxa" w:w="4986"/>
            <w:tcBorders>
              <w:top w:val="nil"/>
              <w:left w:val="nil"/>
              <w:bottom w:val="nil"/>
              <w:right w:val="nil"/>
              <w:insideH w:val="nil"/>
              <w:insideV w:val="nil"/>
            </w:tcBorders>
          </w:tcPr>
          <w:p>
            <w:pPr>
              <w:jc w:val="center"/>
            </w:pPr>
            <w:r>
              <w:t>Grant Administrator / Funding Agency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p/>
    <w:p>
      <w:r>
        <w:rPr>
          <w:b w:val="0"/>
          <w:sz w:val="20"/>
        </w:rPr>
        <w:t>Sincerely,</w:t>
      </w:r>
    </w:p>
    <w:p/>
    <w:p/>
    <w:p/>
    <w:p>
      <w:r>
        <w:rPr>
          <w:b w:val="0"/>
          <w:sz w:val="20"/>
        </w:rPr>
        <w:t>__________________________________________</w:t>
      </w:r>
    </w:p>
    <w:p>
      <w:r>
        <w:rPr>
          <w:b w:val="0"/>
          <w:sz w:val="20"/>
        </w:rPr>
        <w:t>Name and Title</w:t>
      </w:r>
    </w:p>
    <w:p>
      <w:r>
        <w:rPr>
          <w:b w:val="0"/>
          <w:sz w:val="20"/>
        </w:rPr>
        <w:t>Organization</w:t>
      </w:r>
    </w:p>
    <w:p>
      <w:r>
        <w:rPr>
          <w:b w:val="0"/>
          <w:sz w:val="20"/>
        </w:rPr>
        <w:t>Phone: ___________________    Email: ___________________</w:t>
      </w:r>
    </w:p>
    <w:p>
      <w:r>
        <w:br w:type="page"/>
      </w:r>
    </w:p>
    <w:p>
      <w:pPr>
        <w:jc w:val="center"/>
      </w:pPr>
      <w:r>
        <w:rPr>
          <w:color w:val="555555"/>
          <w:sz w:val="24"/>
        </w:rPr>
        <w:t>Original source of this document:</w:t>
      </w:r>
    </w:p>
    <w:p>
      <w:pPr>
        <w:jc w:val="center"/>
      </w:pPr>
      <w:hyperlink r:id="rId9">
        <w:r>
          <w:rPr>
            <w:color w:val="0000FF"/>
            <w:u w:val="single"/>
          </w:rPr>
          <w:t>https://letterdocs-us.com/grant-request-letter/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grant-reques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