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GOODWILL LETTER TO REMOVE LATE PAYMENT</w:t>
      </w:r>
    </w:p>
    <w:p/>
    <w:p/>
    <w:p>
      <w:r>
        <w:rPr>
          <w:b/>
          <w:sz w:val="20"/>
        </w:rPr>
        <w:t>Sender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City, State, Zip: 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</w:t>
      </w:r>
    </w:p>
    <w:p/>
    <w:p/>
    <w:p>
      <w:r>
        <w:rPr>
          <w:b/>
          <w:sz w:val="20"/>
        </w:rPr>
        <w:t>Recipient Information:</w:t>
      </w:r>
    </w:p>
    <w:p>
      <w:r>
        <w:rPr>
          <w:b w:val="0"/>
          <w:sz w:val="20"/>
        </w:rPr>
        <w:t>Creditor Name: 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City, State, Zip: ______________________________________________________</w:t>
      </w:r>
    </w:p>
    <w:p/>
    <w:p/>
    <w:p>
      <w:pPr>
        <w:jc w:val="center"/>
      </w:pPr>
      <w:r>
        <w:rPr>
          <w:b/>
          <w:sz w:val="20"/>
        </w:rPr>
        <w:t>Subject: Request for Goodwill Adjustment to Remove Late Payment</w:t>
      </w:r>
    </w:p>
    <w:p/>
    <w:p/>
    <w:p>
      <w:r>
        <w:rPr>
          <w:b w:val="0"/>
          <w:sz w:val="20"/>
        </w:rPr>
        <w:t>Dear Sir/Madam,</w:t>
      </w:r>
    </w:p>
    <w:p/>
    <w:p>
      <w:r>
        <w:rPr>
          <w:b w:val="0"/>
          <w:sz w:val="20"/>
        </w:rPr>
        <w:t>I am writing to respectfully request a goodwill adjustment to remove the late payment reported on my credit file associated with the account referenced below. I understand the importance of timely payments and recognize the responsibility I hold in maintaining a positive credit history.</w:t>
      </w:r>
    </w:p>
    <w:p/>
    <w:p>
      <w:r>
        <w:rPr>
          <w:b/>
          <w:sz w:val="20"/>
        </w:rPr>
        <w:t>Account Information:</w:t>
      </w:r>
    </w:p>
    <w:p>
      <w:r>
        <w:rPr>
          <w:b w:val="0"/>
          <w:sz w:val="20"/>
        </w:rPr>
        <w:t>Creditor/Account Name: _________________________________________________</w:t>
      </w:r>
    </w:p>
    <w:p>
      <w:r>
        <w:rPr>
          <w:b w:val="0"/>
          <w:sz w:val="20"/>
        </w:rPr>
        <w:t>Account Number (Last 4 digits): _________________________________________</w:t>
      </w:r>
    </w:p>
    <w:p>
      <w:r>
        <w:rPr>
          <w:b w:val="0"/>
          <w:sz w:val="20"/>
        </w:rPr>
        <w:t>Date of Late Payment(s): _______________________________________________</w:t>
      </w:r>
    </w:p>
    <w:p/>
    <w:p>
      <w:r>
        <w:rPr>
          <w:b w:val="0"/>
          <w:sz w:val="20"/>
        </w:rPr>
        <w:t>The late payment(s) occurred due to circumstances beyond my control, including _____________________________________________________________________. This was an isolated incident and not indicative of my usual payment behavior. Since then, I have taken proactive steps to ensure that all future payments will be made on time.</w:t>
      </w:r>
    </w:p>
    <w:p/>
    <w:p>
      <w:r>
        <w:rPr>
          <w:b w:val="0"/>
          <w:sz w:val="20"/>
        </w:rPr>
        <w:t>Given my history as a responsible customer and the steps I have taken to prevent recurrences, I kindly request that you remove the late payment(s) from my credit report as a gesture of goodwill. This adjustment will greatly assist me in maintaining and improving my creditworthiness.</w:t>
      </w:r>
    </w:p>
    <w:p/>
    <w:p>
      <w:r>
        <w:rPr>
          <w:b w:val="0"/>
          <w:sz w:val="20"/>
        </w:rPr>
        <w:t>I appreciate your understanding and consideration of my request. Should you require any additional information or documentation, please do not hesitate to contact me at the information provided above.</w:t>
      </w:r>
    </w:p>
    <w:p/>
    <w:p/>
    <w:p>
      <w:r>
        <w:rPr>
          <w:b w:val="0"/>
          <w:sz w:val="20"/>
        </w:rPr>
        <w:t>Sincerely,</w:t>
      </w:r>
    </w:p>
    <w:p/>
    <w:p/>
    <w:p/>
    <w:p/>
    <w:p>
      <w:r>
        <w:rPr>
          <w:b w:val="0"/>
          <w:sz w:val="20"/>
        </w:rPr>
        <w:t>___________________________________________</w:t>
      </w:r>
    </w:p>
    <w:p>
      <w:r>
        <w:rPr>
          <w:b w:val="0"/>
          <w:sz w:val="20"/>
        </w:rPr>
        <w:t>Signature</w:t>
      </w:r>
    </w:p>
    <w:p/>
    <w:p>
      <w:r>
        <w:rPr>
          <w:b w:val="0"/>
          <w:sz w:val="20"/>
        </w:rPr>
        <w:t>Printed Name: __________________________________________________________</w:t>
      </w:r>
    </w:p>
    <w:p/>
    <w:p/>
    <w:p>
      <w:r>
        <w:rPr>
          <w:b w:val="0"/>
          <w:sz w:val="20"/>
        </w:rPr>
        <w:t>Date: _________________________________________________________________</w:t>
      </w:r>
    </w:p>
    <w:p/>
    <w:p/>
    <w:p/>
    <w:p>
      <w:r>
        <w:rPr>
          <w:b/>
          <w:sz w:val="20"/>
        </w:rPr>
        <w:t>LEGAL NOTICE:</w:t>
      </w:r>
    </w:p>
    <w:p>
      <w:r>
        <w:rPr>
          <w:b w:val="0"/>
          <w:sz w:val="20"/>
        </w:rPr>
        <w:t>This letter is a goodwill request and does not constitute an admission of liability or waiver of any rights. The creditor is under no legal obligation to remove accurate negative information from a credit report. Any modification of credit reporting is subject to the creditor's policies and applicable laws, including the Fair Credit Reporting Act.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Creditor Representative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  <w:br/>
              <w:t>Date: 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  <w:br/>
              <w:t>Date: 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https://letterdocs-us.com/goodwill-letter-to-remove-late-payments/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docs-us.com/goodwill-letter-to-remove-late-payments/" TargetMode="External"/><Relationship Id="rId10" Type="http://schemas.openxmlformats.org/officeDocument/2006/relationships/hyperlink" Target="https://letter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