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GOODWILL DELETION LETTER</w:t>
      </w:r>
    </w:p>
    <w:p/>
    <w:p/>
    <w:p>
      <w:r>
        <w:rPr>
          <w:b/>
          <w:sz w:val="20"/>
        </w:rPr>
        <w:t>Sender Information:</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City, State, ZIP Code: ________________________________________________</w:t>
      </w:r>
    </w:p>
    <w:p>
      <w:r>
        <w:rPr>
          <w:b w:val="0"/>
          <w:sz w:val="20"/>
        </w:rPr>
        <w:t>Phone Number: ________________________________________________________</w:t>
      </w:r>
    </w:p>
    <w:p>
      <w:r>
        <w:rPr>
          <w:b w:val="0"/>
          <w:sz w:val="20"/>
        </w:rPr>
        <w:t>Email Address: ________________________________________________________</w:t>
      </w:r>
    </w:p>
    <w:p/>
    <w:p/>
    <w:p>
      <w:r>
        <w:rPr>
          <w:b/>
          <w:sz w:val="20"/>
        </w:rPr>
        <w:t>Recipient Information:</w:t>
      </w:r>
    </w:p>
    <w:p>
      <w:r>
        <w:rPr>
          <w:b w:val="0"/>
          <w:sz w:val="20"/>
        </w:rPr>
        <w:t>Credit Bureau Name: _________________________________________________</w:t>
      </w:r>
    </w:p>
    <w:p>
      <w:r>
        <w:rPr>
          <w:b w:val="0"/>
          <w:sz w:val="20"/>
        </w:rPr>
        <w:t>Address: _____________________________________________________________</w:t>
      </w:r>
    </w:p>
    <w:p>
      <w:r>
        <w:rPr>
          <w:b w:val="0"/>
          <w:sz w:val="20"/>
        </w:rPr>
        <w:t>City, State, ZIP Code: _______________________________________________</w:t>
      </w:r>
    </w:p>
    <w:p/>
    <w:p/>
    <w:p>
      <w:r>
        <w:rPr>
          <w:b/>
          <w:sz w:val="20"/>
        </w:rPr>
        <w:t>Subject: Request for Goodwill Deletion of Negative Credit Account</w:t>
      </w:r>
    </w:p>
    <w:p/>
    <w:p>
      <w:r>
        <w:rPr>
          <w:b w:val="0"/>
          <w:sz w:val="20"/>
        </w:rPr>
        <w:t>To Whom It May Concern:</w:t>
      </w:r>
    </w:p>
    <w:p/>
    <w:p>
      <w:r>
        <w:rPr>
          <w:b w:val="0"/>
          <w:sz w:val="20"/>
        </w:rPr>
        <w:t>I am writing to request a goodwill deletion of a negative item listed on my credit report. The account information is as follows:</w:t>
      </w:r>
    </w:p>
    <w:p>
      <w:r>
        <w:rPr>
          <w:b w:val="0"/>
          <w:sz w:val="20"/>
        </w:rPr>
        <w:t>Creditor Name: __________________________________________________________</w:t>
      </w:r>
    </w:p>
    <w:p>
      <w:r>
        <w:rPr>
          <w:b w:val="0"/>
          <w:sz w:val="20"/>
        </w:rPr>
        <w:t>Account Number: _________________________________________________________</w:t>
      </w:r>
    </w:p>
    <w:p>
      <w:r>
        <w:rPr>
          <w:b w:val="0"/>
          <w:sz w:val="20"/>
        </w:rPr>
        <w:t>Date of Delinquency: ____________________________________________________</w:t>
      </w:r>
    </w:p>
    <w:p>
      <w:r>
        <w:rPr>
          <w:b w:val="0"/>
          <w:sz w:val="20"/>
        </w:rPr>
        <w:t>Original Amount: ________________________________________________________</w:t>
      </w:r>
    </w:p>
    <w:p/>
    <w:p>
      <w:r>
        <w:rPr>
          <w:b w:val="0"/>
          <w:sz w:val="20"/>
        </w:rPr>
        <w:t>I acknowledge the account was past due and have since taken appropriate measures to resolve the outstanding balance. Attached is proof of payment and any related documents to demonstrate my commitment to maintaining good credit standing.</w:t>
      </w:r>
    </w:p>
    <w:p/>
    <w:p>
      <w:r>
        <w:rPr>
          <w:b w:val="0"/>
          <w:sz w:val="20"/>
        </w:rPr>
        <w:t>I kindly ask for your consideration to remove this negative account from my credit report as a gesture of goodwill, given my history of timely payments and responsible financial behavior since this occurrence.</w:t>
      </w:r>
    </w:p>
    <w:p/>
    <w:p>
      <w:r>
        <w:rPr>
          <w:b w:val="0"/>
          <w:sz w:val="20"/>
        </w:rPr>
        <w:t>Removing this mark would greatly assist me in improving my creditworthiness and enable better financial opportunities going forward.</w:t>
      </w:r>
    </w:p>
    <w:p/>
    <w:p>
      <w:r>
        <w:rPr>
          <w:b w:val="0"/>
          <w:sz w:val="20"/>
        </w:rPr>
        <w:t>Thank you for your time and understanding. Please feel free to contact me at the phone number or email address listed above should you need any further information.</w:t>
      </w:r>
    </w:p>
    <w:p/>
    <w:p/>
    <w:p>
      <w:r>
        <w:rPr>
          <w:b w:val="0"/>
          <w:sz w:val="20"/>
        </w:rPr>
        <w:t>Sincerely,</w:t>
      </w:r>
    </w:p>
    <w:p/>
    <w:p/>
    <w:p/>
    <w:p/>
    <w:p>
      <w:r>
        <w:rPr>
          <w:b w:val="0"/>
          <w:sz w:val="20"/>
        </w:rPr>
        <w:t>Signature: ______________________________________________________________</w:t>
      </w:r>
    </w:p>
    <w:p>
      <w:r>
        <w:rPr>
          <w:b w:val="0"/>
          <w:sz w:val="20"/>
        </w:rPr>
        <w:t>Printed Name: __________________________________________________________</w:t>
      </w:r>
    </w:p>
    <w:p/>
    <w:p/>
    <w:p>
      <w:r>
        <w:rPr>
          <w:b w:val="0"/>
          <w:sz w:val="20"/>
        </w:rPr>
        <w:t>Place: ____________________________    Date: ____________________________</w:t>
      </w:r>
    </w:p>
    <w:p/>
    <w:p/>
    <w:p>
      <w:r>
        <w:rPr>
          <w:b/>
          <w:sz w:val="20"/>
        </w:rPr>
        <w:t>Notary/Acknowledgment (Optional):</w:t>
      </w:r>
    </w:p>
    <w:p>
      <w:r>
        <w:rPr>
          <w:b w:val="0"/>
          <w:sz w:val="20"/>
        </w:rPr>
        <w:t>State of ___________________________  County of __________________________</w:t>
      </w:r>
    </w:p>
    <w:p/>
    <w:p>
      <w:r>
        <w:rPr>
          <w:b w:val="0"/>
          <w:sz w:val="20"/>
        </w:rPr>
        <w:t>On this ______ day of ________________, before me, a Notary Public, personally appeared ______________________________, known to me or satisfactorily proven to be the person whose name is subscribed to this instrument, and acknowledged that he/she executed the same for the purposes therein contained.</w:t>
      </w:r>
    </w:p>
    <w:p/>
    <w:p>
      <w:r>
        <w:rPr>
          <w:b w:val="0"/>
          <w:sz w:val="20"/>
        </w:rPr>
        <w:t>Notary Signature: _______________________________________________________</w:t>
      </w:r>
    </w:p>
    <w:p>
      <w:r>
        <w:rPr>
          <w:b w:val="0"/>
          <w:sz w:val="20"/>
        </w:rPr>
        <w:t>My commission expires: 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SENDER</w:t>
            </w:r>
          </w:p>
        </w:tc>
        <w:tc>
          <w:tcPr>
            <w:tcW w:type="dxa" w:w="4986"/>
            <w:tcBorders>
              <w:top w:val="nil"/>
              <w:left w:val="nil"/>
              <w:bottom w:val="nil"/>
              <w:right w:val="nil"/>
              <w:insideH w:val="nil"/>
              <w:insideV w:val="nil"/>
            </w:tcBorders>
          </w:tcPr>
          <w:p>
            <w:pPr>
              <w:jc w:val="center"/>
            </w:pPr>
            <w:r>
              <w:t>RECIPIENT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https://letterdocs-us.com/goodwill-deletion-letter/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https://letterdocs-us.com</w:t>
        </w:r>
      </w:hyperlink>
    </w:p>
    <w:p>
      <w:pPr>
        <w:jc w:val="center"/>
      </w:pPr>
      <w:r>
        <w:rPr>
          <w:color w:val="808080"/>
          <w:sz w:val="20"/>
        </w:rPr>
        <w:t>This template is intended exclusively for personal, non-commercial use.</w:t>
        <w:br/>
        <w:t>If distributed or published, the source must be mentioned. © letterdocs-us.com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docs-us.com/goodwill-deletion-letter/" TargetMode="External"/><Relationship Id="rId10" Type="http://schemas.openxmlformats.org/officeDocument/2006/relationships/hyperlink" Target="https://letter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