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GIFT OF EQUITY LETTER</w:t>
      </w:r>
    </w:p>
    <w:p/>
    <w:p/>
    <w:p>
      <w:r>
        <w:rPr>
          <w:b w:val="0"/>
          <w:sz w:val="20"/>
        </w:rPr>
        <w:t>To Whom It May Concern,</w:t>
      </w:r>
    </w:p>
    <w:p/>
    <w:p>
      <w:r>
        <w:rPr>
          <w:b w:val="0"/>
          <w:sz w:val="20"/>
        </w:rPr>
        <w:t>This letter is to certify that the undersigned Donor is gifting equity in the property described herein to the Recipient as part of the transaction involving the purchase of the real property.</w:t>
      </w:r>
    </w:p>
    <w:p/>
    <w:p>
      <w:r>
        <w:rPr>
          <w:b/>
          <w:sz w:val="20"/>
        </w:rPr>
        <w:t>Donor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Recipient (Buyer)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Property Information:</w:t>
      </w:r>
    </w:p>
    <w:p>
      <w:r>
        <w:rPr>
          <w:b w:val="0"/>
          <w:sz w:val="20"/>
        </w:rPr>
        <w:t>Property Address: _____________________________________________________</w:t>
      </w:r>
    </w:p>
    <w:p>
      <w:r>
        <w:rPr>
          <w:b w:val="0"/>
          <w:sz w:val="20"/>
        </w:rPr>
        <w:t>Legal Description: _____________________________________________________</w:t>
      </w:r>
    </w:p>
    <w:p/>
    <w:p>
      <w:r>
        <w:rPr>
          <w:b/>
          <w:sz w:val="20"/>
        </w:rPr>
        <w:t>Gift of Equity Details:</w:t>
      </w:r>
    </w:p>
    <w:p>
      <w:r>
        <w:rPr>
          <w:b w:val="0"/>
          <w:sz w:val="20"/>
        </w:rPr>
        <w:t>The Donor is gifting to the Recipient an equity amount of $________________ (the “Gift of Equity”) which represents a portion of the equity in the property described above.</w:t>
      </w:r>
    </w:p>
    <w:p>
      <w:r>
        <w:rPr>
          <w:b w:val="0"/>
          <w:sz w:val="20"/>
        </w:rPr>
        <w:t>This Gift of Equity will be applied toward the Recipient’s down payment, closing costs, or other costs associated with the purchase of the property.</w:t>
      </w:r>
    </w:p>
    <w:p/>
    <w:p>
      <w:r>
        <w:rPr>
          <w:b/>
          <w:sz w:val="20"/>
        </w:rPr>
        <w:t>Donor’s Confirmation:</w:t>
      </w:r>
    </w:p>
    <w:p>
      <w:r>
        <w:rPr>
          <w:b w:val="0"/>
          <w:sz w:val="20"/>
        </w:rPr>
        <w:t>The Donor affirms that this Gift of Equity is a true gift, and no repayment or compensation is expected or required from the Recipient now or in the future.</w:t>
      </w:r>
    </w:p>
    <w:p>
      <w:r>
        <w:rPr>
          <w:b w:val="0"/>
          <w:sz w:val="20"/>
        </w:rPr>
        <w:t>The Donor understands that this gift may have tax implications and that the Recipient is not obligated to repay this gift under any circumstances.</w:t>
      </w:r>
    </w:p>
    <w:p/>
    <w:p>
      <w:r>
        <w:rPr>
          <w:b/>
          <w:sz w:val="20"/>
        </w:rPr>
        <w:t>Recipient’s Acknowledgment:</w:t>
      </w:r>
    </w:p>
    <w:p>
      <w:r>
        <w:rPr>
          <w:b w:val="0"/>
          <w:sz w:val="20"/>
        </w:rPr>
        <w:t>The Recipient acknowledges receipt of the Gift of Equity and understands that it is a gift with no repayment obligation.</w:t>
      </w:r>
    </w:p>
    <w:p>
      <w:r>
        <w:rPr>
          <w:b w:val="0"/>
          <w:sz w:val="20"/>
        </w:rPr>
        <w:t>The Recipient understands the terms and conditions of this gift as set forth herein.</w:t>
      </w:r>
    </w:p>
    <w:p/>
    <w:p>
      <w:r>
        <w:rPr>
          <w:b/>
          <w:sz w:val="20"/>
        </w:rPr>
        <w:t>Representations and Warranties:</w:t>
      </w:r>
    </w:p>
    <w:p>
      <w:r>
        <w:rPr>
          <w:b w:val="0"/>
          <w:sz w:val="20"/>
        </w:rPr>
        <w:t>The Donor represents and warrants that the equity gifted is unencumbered, that the Donor has full right and authority to gift the equity, and the gift is made voluntarily and without any form of duress.</w:t>
      </w:r>
    </w:p>
    <w:p>
      <w:r>
        <w:rPr>
          <w:b w:val="0"/>
          <w:sz w:val="20"/>
        </w:rPr>
        <w:t>The Recipient represents and warrants that all information provided in this letter and related documents is accurate and true to the best of their knowledge.</w:t>
      </w:r>
    </w:p>
    <w:p/>
    <w:p>
      <w:r>
        <w:rPr>
          <w:b/>
          <w:sz w:val="20"/>
        </w:rPr>
        <w:t>No Liens or Encumbrances:</w:t>
      </w:r>
    </w:p>
    <w:p>
      <w:r>
        <w:rPr>
          <w:b w:val="0"/>
          <w:sz w:val="20"/>
        </w:rPr>
        <w:t>The Donor affirms that the equity gifted is free and clear from any liens, claims, or encumbrances that would affect the Recipient’s ownership interest in the property.</w:t>
      </w:r>
    </w:p>
    <w:p/>
    <w:p>
      <w:r>
        <w:rPr>
          <w:b/>
          <w:sz w:val="20"/>
        </w:rPr>
        <w:t>Governing Law:</w:t>
      </w:r>
    </w:p>
    <w:p>
      <w:r>
        <w:rPr>
          <w:b w:val="0"/>
          <w:sz w:val="20"/>
        </w:rPr>
        <w:t>This Gift of Equity Letter shall be governed by and construed in accordance with the laws of the United States of America and the applicable laws of the state in which the property is located.</w:t>
      </w:r>
    </w:p>
    <w:p/>
    <w:p>
      <w:r>
        <w:rPr>
          <w:b/>
          <w:sz w:val="20"/>
        </w:rPr>
        <w:t>Entire Agreement:</w:t>
      </w:r>
    </w:p>
    <w:p>
      <w:r>
        <w:rPr>
          <w:b w:val="0"/>
          <w:sz w:val="20"/>
        </w:rPr>
        <w:t>This letter constitutes the entire agreement between the parties regarding the Gift of Equity and supersedes all prior agreements, understandings, or representations.</w:t>
      </w:r>
    </w:p>
    <w:p/>
    <w:p>
      <w:r>
        <w:rPr>
          <w:b/>
          <w:sz w:val="20"/>
        </w:rPr>
        <w:t>Amendment:</w:t>
      </w:r>
    </w:p>
    <w:p>
      <w:r>
        <w:rPr>
          <w:b w:val="0"/>
          <w:sz w:val="20"/>
        </w:rPr>
        <w:t>Any amendments or modifications to this letter must be made in writing and signed by both parties.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DONOR</w:t>
            </w:r>
          </w:p>
        </w:tc>
        <w:tc>
          <w:tcPr>
            <w:tcW w:type="dxa" w:w="4986"/>
            <w:tcBorders>
              <w:top w:val="nil"/>
              <w:left w:val="nil"/>
              <w:bottom w:val="nil"/>
              <w:right w:val="nil"/>
              <w:insideH w:val="nil"/>
              <w:insideV w:val="nil"/>
            </w:tcBorders>
          </w:tcPr>
          <w:p>
            <w:pPr>
              <w:jc w:val="center"/>
            </w:pPr>
            <w:r>
              <w:t>RECIPIENT (BUYER)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r>
        <w:tc>
          <w:tcPr>
            <w:tcW w:type="dxa" w:w="4986"/>
            <w:tcBorders>
              <w:top w:val="nil"/>
              <w:left w:val="nil"/>
              <w:bottom w:val="nil"/>
              <w:right w:val="nil"/>
              <w:insideH w:val="nil"/>
              <w:insideV w:val="nil"/>
            </w:tcBorders>
          </w:tcPr>
          <w:p>
            <w:pPr>
              <w:jc w:val="center"/>
            </w:pPr>
            <w:r>
              <w:t>Date: ________________________________</w:t>
            </w:r>
          </w:p>
        </w:tc>
        <w:tc>
          <w:tcPr>
            <w:tcW w:type="dxa" w:w="4986"/>
            <w:tcBorders>
              <w:top w:val="nil"/>
              <w:left w:val="nil"/>
              <w:bottom w:val="nil"/>
              <w:right w:val="nil"/>
              <w:insideH w:val="nil"/>
              <w:insideV w:val="nil"/>
            </w:tcBorders>
          </w:tcPr>
          <w:p>
            <w:pPr>
              <w:jc w:val="center"/>
            </w:pPr>
            <w:r>
              <w:t>Date: ________________________________</w:t>
            </w:r>
          </w:p>
        </w:tc>
      </w:tr>
    </w:tbl>
    <w:p/>
    <w:p/>
    <w:p>
      <w:pPr>
        <w:jc w:val="center"/>
      </w:pPr>
      <w:r>
        <w:rPr>
          <w:b/>
          <w:sz w:val="20"/>
        </w:rPr>
        <w:t>NOTARY ACKNOWLEDGMENT</w:t>
      </w:r>
    </w:p>
    <w:p/>
    <w:p>
      <w:r>
        <w:rPr>
          <w:b w:val="0"/>
          <w:sz w:val="20"/>
        </w:rPr>
        <w:t xml:space="preserve">State of ____________________ </w:t>
      </w:r>
    </w:p>
    <w:p>
      <w:r>
        <w:rPr>
          <w:b w:val="0"/>
          <w:sz w:val="20"/>
        </w:rPr>
        <w:t xml:space="preserve">County of ___________________ </w:t>
      </w:r>
    </w:p>
    <w:p>
      <w:r>
        <w:rPr>
          <w:b w:val="0"/>
          <w:sz w:val="20"/>
        </w:rPr>
        <w:t>On this ______ day of ____________________, before me, the undersigned Notary Public, personally appeared ____________________________, known to me or satisfactorily proven to be the person(s) whose name(s) is/are subscribed to the within instrument, and acknowledged that they executed the same for the purposes therein contained.</w:t>
      </w:r>
    </w:p>
    <w:p/>
    <w:p>
      <w:r>
        <w:rPr>
          <w:b w:val="0"/>
          <w:sz w:val="20"/>
        </w:rPr>
        <w:t>In witness whereof I hereunto set my hand and official seal.</w:t>
      </w:r>
    </w:p>
    <w:p/>
    <w:p/>
    <w:p/>
    <w:p>
      <w:r>
        <w:rPr>
          <w:b w:val="0"/>
          <w:sz w:val="20"/>
        </w:rPr>
        <w:t>Notary Public Signature: ___________________________</w:t>
      </w:r>
    </w:p>
    <w:p>
      <w:r>
        <w:rPr>
          <w:b w:val="0"/>
          <w:sz w:val="20"/>
        </w:rPr>
        <w:t>My Commission Expires: ______________________________</w:t>
      </w:r>
    </w:p>
    <w:p>
      <w:r>
        <w:br w:type="page"/>
      </w:r>
    </w:p>
    <w:p>
      <w:pPr>
        <w:jc w:val="center"/>
      </w:pPr>
      <w:r>
        <w:rPr>
          <w:color w:val="555555"/>
          <w:sz w:val="24"/>
        </w:rPr>
        <w:t>Original source of this document:</w:t>
      </w:r>
    </w:p>
    <w:p>
      <w:pPr>
        <w:jc w:val="center"/>
      </w:pPr>
      <w:hyperlink r:id="rId9">
        <w:r>
          <w:rPr>
            <w:color w:val="0000FF"/>
            <w:u w:val="single"/>
          </w:rPr>
          <w:t>https://letterdocs-us.com/gift-of-equity-letter/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gift-of-equity-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