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GIFT FUNDS LETTER</w:t>
      </w:r>
    </w:p>
    <w:p/>
    <w:p>
      <w:r>
        <w:rPr>
          <w:b/>
          <w:sz w:val="20"/>
        </w:rPr>
        <w:t>Donor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</w:t>
      </w:r>
    </w:p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</w:t>
      </w:r>
    </w:p>
    <w:p/>
    <w:p>
      <w:r>
        <w:rPr>
          <w:b/>
          <w:sz w:val="20"/>
        </w:rPr>
        <w:t>Gift Details:</w:t>
      </w:r>
    </w:p>
    <w:p>
      <w:r>
        <w:rPr>
          <w:b w:val="0"/>
          <w:sz w:val="20"/>
        </w:rPr>
        <w:t>I, the undersigned Donor, hereby state that I am giving a gift in the amount of: $ ________________</w:t>
      </w:r>
    </w:p>
    <w:p>
      <w:r>
        <w:rPr>
          <w:b w:val="0"/>
          <w:sz w:val="20"/>
        </w:rPr>
        <w:t>This gift is given voluntarily and without any expectation or promise of repayment.</w:t>
      </w:r>
    </w:p>
    <w:p>
      <w:r>
        <w:rPr>
          <w:b w:val="0"/>
          <w:sz w:val="20"/>
        </w:rPr>
        <w:t>The funds are a bona fide gift and do not constitute a loan, nor do they require repayment in any form.</w:t>
      </w:r>
    </w:p>
    <w:p>
      <w:r>
        <w:rPr>
          <w:b w:val="0"/>
          <w:sz w:val="20"/>
        </w:rPr>
        <w:t>The gift funds may be used by the Recipient towards the purchase of real property, closing costs, or any other lawful purpose as permitted.</w:t>
      </w:r>
    </w:p>
    <w:p/>
    <w:p>
      <w:r>
        <w:rPr>
          <w:b/>
          <w:sz w:val="20"/>
        </w:rPr>
        <w:t>Source of Gift Funds:</w:t>
      </w:r>
    </w:p>
    <w:p>
      <w:r>
        <w:rPr>
          <w:b w:val="0"/>
          <w:sz w:val="20"/>
        </w:rPr>
        <w:t>The gift funds are sourced from the Donor's personal savings, checking account, or other legitimate source as declared below:</w:t>
      </w:r>
    </w:p>
    <w:p>
      <w:r>
        <w:rPr>
          <w:b w:val="0"/>
          <w:sz w:val="20"/>
        </w:rPr>
        <w:t>Financial Institution Name: ______________________________________________</w:t>
      </w:r>
    </w:p>
    <w:p>
      <w:r>
        <w:rPr>
          <w:b w:val="0"/>
          <w:sz w:val="20"/>
        </w:rPr>
        <w:t>Account Type and Number: _______________________________________________</w:t>
      </w:r>
    </w:p>
    <w:p>
      <w:r>
        <w:rPr>
          <w:b w:val="0"/>
          <w:sz w:val="20"/>
        </w:rPr>
        <w:t>The Donor affirms that these funds are not borrowed and are not subject to repayment or any lien or encumbrance.</w:t>
      </w:r>
    </w:p>
    <w:p/>
    <w:p>
      <w:r>
        <w:rPr>
          <w:b/>
          <w:sz w:val="20"/>
        </w:rPr>
        <w:t>Relationship Between Donor and Recipient:</w:t>
      </w:r>
    </w:p>
    <w:p>
      <w:r>
        <w:rPr>
          <w:b w:val="0"/>
          <w:sz w:val="20"/>
        </w:rPr>
        <w:t>The Donor and Recipient have the following relationship (e.g., parent, sibling, relative, friend):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Affirmation and Acknowledgment:</w:t>
      </w:r>
    </w:p>
    <w:p>
      <w:r>
        <w:rPr>
          <w:b w:val="0"/>
          <w:sz w:val="20"/>
        </w:rPr>
        <w:t>I certify under penalty of perjury that the foregoing is true and correct.</w:t>
      </w:r>
    </w:p>
    <w:p>
      <w:r>
        <w:rPr>
          <w:b w:val="0"/>
          <w:sz w:val="20"/>
        </w:rPr>
        <w:t>I confirm that these funds are a gift and do not represent any form of loan or expectation of repayment.</w:t>
      </w:r>
    </w:p>
    <w:p>
      <w:r>
        <w:rPr>
          <w:b w:val="0"/>
          <w:sz w:val="20"/>
        </w:rPr>
        <w:t>I understand that the Recipient may provide this letter to mortgage lenders or other financial institutions as proof of gift funds.</w:t>
      </w:r>
    </w:p>
    <w:p/>
    <w:p>
      <w:r>
        <w:rPr>
          <w:b/>
          <w:sz w:val="20"/>
        </w:rPr>
        <w:t>Waiver of Right to Repayment:</w:t>
      </w:r>
    </w:p>
    <w:p>
      <w:r>
        <w:rPr>
          <w:b w:val="0"/>
          <w:sz w:val="20"/>
        </w:rPr>
        <w:t>I hereby waive any right to demand repayment of the gifted funds, now or in the future.</w:t>
      </w:r>
    </w:p>
    <w:p>
      <w:r>
        <w:rPr>
          <w:b w:val="0"/>
          <w:sz w:val="20"/>
        </w:rPr>
        <w:t>This gift is irrevocable and unconditional.</w:t>
      </w:r>
    </w:p>
    <w:p/>
    <w:p>
      <w:r>
        <w:rPr>
          <w:b/>
          <w:sz w:val="20"/>
        </w:rPr>
        <w:t>Governing Law:</w:t>
      </w:r>
    </w:p>
    <w:p>
      <w:r>
        <w:rPr>
          <w:b w:val="0"/>
          <w:sz w:val="20"/>
        </w:rPr>
        <w:t>This Gift Funds Letter shall be governed by and construed in accordance with the laws of the United States of America and the applicable state laws.</w:t>
      </w:r>
    </w:p>
    <w:p/>
    <w:p>
      <w:r>
        <w:rPr>
          <w:b/>
          <w:sz w:val="20"/>
        </w:rPr>
        <w:t>Miscellaneous:</w:t>
      </w:r>
    </w:p>
    <w:p>
      <w:r>
        <w:rPr>
          <w:b w:val="0"/>
          <w:sz w:val="20"/>
        </w:rPr>
        <w:t>This letter represents the entire understanding between the Donor and Recipient regarding the gift funds and supersedes any prior agreements, oral or written.</w:t>
      </w:r>
    </w:p>
    <w:p>
      <w:r>
        <w:rPr>
          <w:b w:val="0"/>
          <w:sz w:val="20"/>
        </w:rPr>
        <w:t>Any amendments or modifications must be in writing and signed by both parties.</w:t>
      </w:r>
    </w:p>
    <w:p/>
    <w:p/>
    <w:p>
      <w:r>
        <w:rPr>
          <w:b w:val="0"/>
          <w:sz w:val="20"/>
        </w:rPr>
        <w:t>Place of Signing: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DONOR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RECIPIENT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https://letterdocs-us.com/gift-funds-letter/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gift-funds-letter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