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FRIEND LETTER OF RECOMMENDATION</w:t>
      </w:r>
    </w:p>
    <w:p/>
    <w:p>
      <w:r>
        <w:rPr>
          <w:b/>
          <w:sz w:val="20"/>
        </w:rPr>
        <w:t>To Whom It May Concern:</w:t>
      </w:r>
    </w:p>
    <w:p/>
    <w:p>
      <w:r>
        <w:rPr>
          <w:b w:val="0"/>
          <w:sz w:val="20"/>
        </w:rPr>
        <w:t>I am pleased to write this letter of recommendation on behalf of my dear friend. It is a privilege to share my honest and wholehearted endorsement based on a long-standing personal relationship and in-depth knowledge of their character, work ethic, and values.</w:t>
      </w:r>
    </w:p>
    <w:p/>
    <w:p>
      <w:r>
        <w:rPr>
          <w:b/>
          <w:sz w:val="20"/>
        </w:rPr>
        <w:t>Friend’s Information:</w:t>
      </w:r>
    </w:p>
    <w:p>
      <w:r>
        <w:rPr>
          <w:b w:val="0"/>
          <w:sz w:val="20"/>
        </w:rPr>
        <w:t>Full Name: ____________________________________________________________</w:t>
      </w:r>
    </w:p>
    <w:p>
      <w:r>
        <w:rPr>
          <w:b w:val="0"/>
          <w:sz w:val="20"/>
        </w:rPr>
        <w:t>Relationship to Recommender: ___________________________________________</w:t>
      </w:r>
    </w:p>
    <w:p>
      <w:r>
        <w:rPr>
          <w:b w:val="0"/>
          <w:sz w:val="20"/>
        </w:rPr>
        <w:t>Duration of Acquaintance: ______________________________________________</w:t>
      </w:r>
    </w:p>
    <w:p/>
    <w:p>
      <w:r>
        <w:rPr>
          <w:b/>
          <w:sz w:val="20"/>
        </w:rPr>
        <w:t>Character and Personality:</w:t>
      </w:r>
    </w:p>
    <w:p>
      <w:r>
        <w:rPr>
          <w:b w:val="0"/>
          <w:sz w:val="20"/>
        </w:rPr>
        <w:t>Throughout the years, I have observed the friend consistently demonstrate honesty, integrity, and kindness. They possess excellent communication skills and a remarkable ability to empathize with others. Their positive attitude and resilience under pressure have always impressed me.</w:t>
      </w:r>
    </w:p>
    <w:p/>
    <w:p>
      <w:r>
        <w:rPr>
          <w:b/>
          <w:sz w:val="20"/>
        </w:rPr>
        <w:t>Skills and Personal Qualities:</w:t>
      </w:r>
    </w:p>
    <w:p>
      <w:r>
        <w:rPr>
          <w:b w:val="0"/>
          <w:sz w:val="20"/>
        </w:rPr>
        <w:t>The friend is highly responsible and dependable. They display great problem-solving abilities, creativity, and adaptability. Their commitment to personal growth and continuous learning is exemplary. I am confident that these qualities will make them an asset in any personal or professional setting.</w:t>
      </w:r>
    </w:p>
    <w:p/>
    <w:p>
      <w:r>
        <w:rPr>
          <w:b/>
          <w:sz w:val="20"/>
        </w:rPr>
        <w:t>Specific Examples:</w:t>
      </w:r>
    </w:p>
    <w:p>
      <w:r>
        <w:rPr>
          <w:b w:val="0"/>
          <w:sz w:val="20"/>
        </w:rPr>
        <w:t>On numerous occasions, the friend has demonstrated leadership and teamwork skills by organizing community events and supporting peers in challenging situations. Their dedication to volunteering and helping others highlights their strong sense of social responsibility.</w:t>
      </w:r>
    </w:p>
    <w:p/>
    <w:p>
      <w:r>
        <w:rPr>
          <w:b/>
          <w:sz w:val="20"/>
        </w:rPr>
        <w:t>Legal and Ethical Statement:</w:t>
      </w:r>
    </w:p>
    <w:p>
      <w:r>
        <w:rPr>
          <w:b w:val="0"/>
          <w:sz w:val="20"/>
        </w:rPr>
        <w:t>I confirm that the statements provided herein are truthful and based on my direct experience. This letter is intended for legitimate and lawful use only and complies with applicable United States laws regarding personal references and recommendations.</w:t>
      </w:r>
    </w:p>
    <w:p/>
    <w:p>
      <w:r>
        <w:rPr>
          <w:b/>
          <w:sz w:val="20"/>
        </w:rPr>
        <w:t>Closing Statement:</w:t>
      </w:r>
    </w:p>
    <w:p>
      <w:r>
        <w:rPr>
          <w:b w:val="0"/>
          <w:sz w:val="20"/>
        </w:rPr>
        <w:t>In conclusion, I wholeheartedly recommend my friend for any opportunity they seek to pursue. I am confident that their character, dedication, and skills will contribute positively and significantly. Should you require any further information, please do not hesitate to contact me.</w:t>
      </w:r>
    </w:p>
    <w:p/>
    <w:p/>
    <w:p>
      <w:r>
        <w:rPr>
          <w:b/>
          <w:sz w:val="20"/>
        </w:rPr>
        <w:t>Recommender’s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RECOMMENDER</w:t>
            </w:r>
          </w:p>
        </w:tc>
        <w:tc>
          <w:tcPr>
            <w:tcW w:type="dxa" w:w="4986"/>
            <w:tcBorders>
              <w:top w:val="nil"/>
              <w:left w:val="nil"/>
              <w:bottom w:val="nil"/>
              <w:right w:val="nil"/>
              <w:insideH w:val="nil"/>
              <w:insideV w:val="nil"/>
            </w:tcBorders>
          </w:tcPr>
          <w:p>
            <w:pPr>
              <w:jc w:val="center"/>
            </w:pPr>
            <w:r>
              <w:t>FRIEND</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https://letterdocs-us.com/friend-letter-of-recommendation/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friend-letter-of-recommendation/"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