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FLIGHT COMPENSATION CLAIM LETTER</w:t>
      </w:r>
    </w:p>
    <w:p/>
    <w:p>
      <w:r>
        <w:rPr>
          <w:b/>
          <w:sz w:val="20"/>
        </w:rPr>
        <w:t>To:</w:t>
      </w:r>
    </w:p>
    <w:p>
      <w:r>
        <w:rPr>
          <w:b w:val="0"/>
          <w:sz w:val="20"/>
        </w:rPr>
        <w:t>Customer Service Department</w:t>
      </w:r>
    </w:p>
    <w:p>
      <w:r>
        <w:rPr>
          <w:b w:val="0"/>
          <w:sz w:val="20"/>
        </w:rPr>
        <w:t>Airline Name: __________________________________________________________</w:t>
      </w:r>
    </w:p>
    <w:p>
      <w:r>
        <w:rPr>
          <w:b w:val="0"/>
          <w:sz w:val="20"/>
        </w:rPr>
        <w:t>Address: _________________________________________________________________</w:t>
      </w:r>
    </w:p>
    <w:p>
      <w:r>
        <w:rPr>
          <w:b w:val="0"/>
          <w:sz w:val="20"/>
        </w:rPr>
        <w:t>City, State, ZIP: _________________________________________________________</w:t>
      </w:r>
    </w:p>
    <w:p/>
    <w:p/>
    <w:p>
      <w:r>
        <w:rPr>
          <w:b/>
          <w:sz w:val="20"/>
        </w:rPr>
        <w:t>From:</w:t>
      </w:r>
    </w:p>
    <w:p>
      <w:r>
        <w:rPr>
          <w:b w:val="0"/>
          <w:sz w:val="20"/>
        </w:rPr>
        <w:t>Passenger Name: _________________________________________________________</w:t>
      </w:r>
    </w:p>
    <w:p>
      <w:r>
        <w:rPr>
          <w:b w:val="0"/>
          <w:sz w:val="20"/>
        </w:rPr>
        <w:t>Address: _________________________________________________________________</w:t>
      </w:r>
    </w:p>
    <w:p>
      <w:r>
        <w:rPr>
          <w:b w:val="0"/>
          <w:sz w:val="20"/>
        </w:rPr>
        <w:t>City, State, ZIP: _________________________________________________________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____________________________________________________________</w:t>
      </w:r>
    </w:p>
    <w:p/>
    <w:p/>
    <w:p>
      <w:r>
        <w:rPr>
          <w:b/>
          <w:sz w:val="20"/>
        </w:rPr>
        <w:t>Subject: Flight Compensation Claim under U.S. Department of Transportation Regulations</w:t>
      </w:r>
    </w:p>
    <w:p/>
    <w:p>
      <w:r>
        <w:rPr>
          <w:b w:val="0"/>
          <w:sz w:val="20"/>
        </w:rPr>
        <w:t>Dear Sir or Madam,</w:t>
      </w:r>
    </w:p>
    <w:p/>
    <w:p>
      <w:r>
        <w:rPr>
          <w:b w:val="0"/>
          <w:sz w:val="20"/>
        </w:rPr>
        <w:t>I am submitting this formal claim for compensation pursuant to the U.S. Department of Transportation regulations governing passenger rights and airline obligations. This letter serves to notify you of the issues encountered during my recent flight and to seek appropriate redress as provided under applicable law.</w:t>
      </w:r>
    </w:p>
    <w:p/>
    <w:p/>
    <w:p>
      <w:r>
        <w:rPr>
          <w:b/>
          <w:sz w:val="20"/>
        </w:rPr>
        <w:t>Flight Details:</w:t>
      </w:r>
    </w:p>
    <w:p>
      <w:r>
        <w:rPr>
          <w:b w:val="0"/>
          <w:sz w:val="20"/>
        </w:rPr>
        <w:t>Airline Name: ____________________________________________________________</w:t>
      </w:r>
    </w:p>
    <w:p>
      <w:r>
        <w:rPr>
          <w:b w:val="0"/>
          <w:sz w:val="20"/>
        </w:rPr>
        <w:t>Flight Number: ___________________________________________________________</w:t>
      </w:r>
    </w:p>
    <w:p>
      <w:r>
        <w:rPr>
          <w:b w:val="0"/>
          <w:sz w:val="20"/>
        </w:rPr>
        <w:t>Date of Scheduled Flight: _________________________________________________</w:t>
      </w:r>
    </w:p>
    <w:p>
      <w:r>
        <w:rPr>
          <w:b w:val="0"/>
          <w:sz w:val="20"/>
        </w:rPr>
        <w:t>Departure Airport: ________________________________________________________</w:t>
      </w:r>
    </w:p>
    <w:p>
      <w:r>
        <w:rPr>
          <w:b w:val="0"/>
          <w:sz w:val="20"/>
        </w:rPr>
        <w:t>Arrival Airport: __________________________________________________________</w:t>
      </w:r>
    </w:p>
    <w:p/>
    <w:p>
      <w:r>
        <w:rPr>
          <w:b/>
          <w:sz w:val="20"/>
        </w:rPr>
        <w:t>Description of Incident:</w:t>
      </w:r>
    </w:p>
    <w:p>
      <w:r>
        <w:rPr>
          <w:b w:val="0"/>
          <w:sz w:val="20"/>
        </w:rPr>
        <w:t>Please provide a detailed description of the flight disruption (e.g., delay, cancellation, denied boarding), including duration and circumstances:</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r>
        <w:rPr>
          <w:b/>
          <w:sz w:val="20"/>
        </w:rPr>
        <w:t>Claim for Compensation:</w:t>
      </w:r>
    </w:p>
    <w:p>
      <w:r>
        <w:rPr>
          <w:b w:val="0"/>
          <w:sz w:val="20"/>
        </w:rPr>
        <w:t>Based on the above, I assert my right to compensation under applicable U.S. laws and regulations, including but not limited to 14 CFR Part 250 and any relevant airline policies. The compensation sought includes:</w:t>
      </w:r>
    </w:p>
    <w:p>
      <w:r>
        <w:rPr>
          <w:b w:val="0"/>
          <w:sz w:val="20"/>
        </w:rPr>
        <w:t>- Monetary compensation for the delay or cancellation.</w:t>
      </w:r>
    </w:p>
    <w:p>
      <w:r>
        <w:rPr>
          <w:b w:val="0"/>
          <w:sz w:val="20"/>
        </w:rPr>
        <w:t>- Reimbursement for any additional expenses incurred due to the disruption (e.g., lodging, meals, transportation).</w:t>
      </w:r>
    </w:p>
    <w:p>
      <w:r>
        <w:rPr>
          <w:b w:val="0"/>
          <w:sz w:val="20"/>
        </w:rPr>
        <w:t>- Any other remedies available under law.</w:t>
      </w:r>
    </w:p>
    <w:p/>
    <w:p>
      <w:r>
        <w:rPr>
          <w:b/>
          <w:sz w:val="20"/>
        </w:rPr>
        <w:t>Supporting Documentation:</w:t>
      </w:r>
    </w:p>
    <w:p>
      <w:r>
        <w:rPr>
          <w:b w:val="0"/>
          <w:sz w:val="20"/>
        </w:rPr>
        <w:t>Attached to this claim are copies of all relevant documents supporting my request, including but not limited to:</w:t>
      </w:r>
    </w:p>
    <w:p>
      <w:r>
        <w:rPr>
          <w:b w:val="0"/>
          <w:sz w:val="20"/>
        </w:rPr>
        <w:t>- Boarding passes and tickets.</w:t>
      </w:r>
    </w:p>
    <w:p>
      <w:r>
        <w:rPr>
          <w:b w:val="0"/>
          <w:sz w:val="20"/>
        </w:rPr>
        <w:t>- Receipts for expenses incurred.</w:t>
      </w:r>
    </w:p>
    <w:p>
      <w:r>
        <w:rPr>
          <w:b w:val="0"/>
          <w:sz w:val="20"/>
        </w:rPr>
        <w:t>- Notifications received from the airline.</w:t>
      </w:r>
    </w:p>
    <w:p/>
    <w:p>
      <w:r>
        <w:rPr>
          <w:b/>
          <w:sz w:val="20"/>
        </w:rPr>
        <w:t>Legal Basis and Passenger Rights:</w:t>
      </w:r>
    </w:p>
    <w:p>
      <w:r>
        <w:rPr>
          <w:b w:val="0"/>
          <w:sz w:val="20"/>
        </w:rPr>
        <w:t>Under the U.S. Department of Transportation regulations and applicable consumer protection laws, passengers affected by flight delays, cancellations, or denied boarding are entitled to specified compensation and assistance. These rights include but are not limited to:</w:t>
      </w:r>
    </w:p>
    <w:p>
      <w:r>
        <w:rPr>
          <w:b w:val="0"/>
          <w:sz w:val="20"/>
        </w:rPr>
        <w:t>- Prompt notification of flight disruptions.</w:t>
      </w:r>
    </w:p>
    <w:p>
      <w:r>
        <w:rPr>
          <w:b w:val="0"/>
          <w:sz w:val="20"/>
        </w:rPr>
        <w:t>- Right to rebooking or refund.</w:t>
      </w:r>
    </w:p>
    <w:p>
      <w:r>
        <w:rPr>
          <w:b w:val="0"/>
          <w:sz w:val="20"/>
        </w:rPr>
        <w:t>- Compensation for significant delays or cancellations not caused by extraordinary circumstances.</w:t>
      </w:r>
    </w:p>
    <w:p>
      <w:r>
        <w:rPr>
          <w:b w:val="0"/>
          <w:sz w:val="20"/>
        </w:rPr>
        <w:t>- Assistance in the event of denied boarding.</w:t>
      </w:r>
    </w:p>
    <w:p/>
    <w:p>
      <w:r>
        <w:rPr>
          <w:b w:val="0"/>
          <w:sz w:val="20"/>
        </w:rPr>
        <w:t>I kindly request that you review this claim promptly and provide a written response within the timeframe specified by law. Failure to respond or denial without valid cause may result in further actions, including filing complaints with the U.S. Department of Transportation or pursuing legal remedies.</w:t>
      </w:r>
    </w:p>
    <w:p/>
    <w:p/>
    <w:p>
      <w:r>
        <w:rPr>
          <w:b w:val="0"/>
          <w:sz w:val="20"/>
        </w:rPr>
        <w:t>Thank you for your attention to this matter.</w:t>
      </w:r>
    </w:p>
    <w:p/>
    <w:p/>
    <w:p/>
    <w:p>
      <w:r>
        <w:rPr>
          <w:b w:val="0"/>
          <w:sz w:val="20"/>
        </w:rPr>
        <w:t>Sincerely,</w:t>
      </w:r>
    </w:p>
    <w:p/>
    <w:p/>
    <w:p/>
    <w:p/>
    <w:p>
      <w:r>
        <w:rPr>
          <w:b w:val="0"/>
          <w:sz w:val="20"/>
        </w:rPr>
        <w:t>_________________________________________</w:t>
      </w:r>
    </w:p>
    <w:p>
      <w:r>
        <w:rPr>
          <w:b w:val="0"/>
          <w:sz w:val="20"/>
        </w:rPr>
        <w:t>Passenger Signature</w:t>
      </w:r>
    </w:p>
    <w:p>
      <w:r>
        <w:rPr>
          <w:b w:val="0"/>
          <w:sz w:val="20"/>
        </w:rPr>
        <w:t>Date: _________________________</w:t>
      </w:r>
    </w:p>
    <w:p/>
    <w:p/>
    <w:p>
      <w:r>
        <w:rPr>
          <w:b w:val="0"/>
          <w:sz w:val="20"/>
        </w:rPr>
        <w:t>Please contact me at the above address, phone number, or email should you require any additional information to process this claim.</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AIRLINE REPRESENTATIVE</w:t>
            </w:r>
          </w:p>
        </w:tc>
        <w:tc>
          <w:tcPr>
            <w:tcW w:type="dxa" w:w="4986"/>
            <w:tcBorders>
              <w:top w:val="nil"/>
              <w:left w:val="nil"/>
              <w:bottom w:val="nil"/>
              <w:right w:val="nil"/>
              <w:insideH w:val="nil"/>
              <w:insideV w:val="nil"/>
            </w:tcBorders>
          </w:tcPr>
          <w:p>
            <w:pPr>
              <w:jc w:val="center"/>
            </w:pPr>
            <w:r>
              <w:t>PASSENGER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https://letterdocs-us.com/flight-compensation-letter/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flight-compensation-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