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FIREARM GIFT LETTER</w:t>
      </w:r>
    </w:p>
    <w:p/>
    <w:p>
      <w:r>
        <w:rPr>
          <w:b/>
          <w:sz w:val="20"/>
        </w:rPr>
        <w:t>Giftor (Donor) Information:</w:t>
      </w:r>
    </w:p>
    <w:p>
      <w:r>
        <w:rPr>
          <w:b w:val="0"/>
          <w:sz w:val="20"/>
        </w:rPr>
        <w:t>Full Name: ____________________________________________________________</w:t>
      </w:r>
    </w:p>
    <w:p>
      <w:r>
        <w:rPr>
          <w:b w:val="0"/>
          <w:sz w:val="20"/>
        </w:rPr>
        <w:t>Date of Birth: _________________________________________________________</w:t>
      </w:r>
    </w:p>
    <w:p>
      <w:r>
        <w:rPr>
          <w:b w:val="0"/>
          <w:sz w:val="20"/>
        </w:rPr>
        <w:t>Address: _______________________________________________________________</w:t>
      </w:r>
    </w:p>
    <w:p>
      <w:r>
        <w:rPr>
          <w:b w:val="0"/>
          <w:sz w:val="20"/>
        </w:rPr>
        <w:t>City, State, Zip Code: 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r>
        <w:rPr>
          <w:b/>
          <w:sz w:val="20"/>
        </w:rPr>
        <w:t>Recipient (Donee) Information:</w:t>
      </w:r>
    </w:p>
    <w:p>
      <w:r>
        <w:rPr>
          <w:b w:val="0"/>
          <w:sz w:val="20"/>
        </w:rPr>
        <w:t>Full Name: ____________________________________________________________</w:t>
      </w:r>
    </w:p>
    <w:p>
      <w:r>
        <w:rPr>
          <w:b w:val="0"/>
          <w:sz w:val="20"/>
        </w:rPr>
        <w:t>Date of Birth: _________________________________________________________</w:t>
      </w:r>
    </w:p>
    <w:p>
      <w:r>
        <w:rPr>
          <w:b w:val="0"/>
          <w:sz w:val="20"/>
        </w:rPr>
        <w:t>Address: _______________________________________________________________</w:t>
      </w:r>
    </w:p>
    <w:p>
      <w:r>
        <w:rPr>
          <w:b w:val="0"/>
          <w:sz w:val="20"/>
        </w:rPr>
        <w:t>City, State, Zip Code: 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r>
        <w:rPr>
          <w:b/>
          <w:sz w:val="20"/>
        </w:rPr>
        <w:t>Firearm Information:</w:t>
      </w:r>
    </w:p>
    <w:p>
      <w:r>
        <w:rPr>
          <w:b w:val="0"/>
          <w:sz w:val="20"/>
        </w:rPr>
        <w:t>Make: _________________________________________________________________</w:t>
      </w:r>
    </w:p>
    <w:p>
      <w:r>
        <w:rPr>
          <w:b w:val="0"/>
          <w:sz w:val="20"/>
        </w:rPr>
        <w:t>Model: ________________________________________________________________</w:t>
      </w:r>
    </w:p>
    <w:p>
      <w:r>
        <w:rPr>
          <w:b w:val="0"/>
          <w:sz w:val="20"/>
        </w:rPr>
        <w:t>Caliber/Gauge: ________________________________________________________</w:t>
      </w:r>
    </w:p>
    <w:p>
      <w:r>
        <w:rPr>
          <w:b w:val="0"/>
          <w:sz w:val="20"/>
        </w:rPr>
        <w:t>Serial Number: _________________________________________________________</w:t>
      </w:r>
    </w:p>
    <w:p>
      <w:r>
        <w:rPr>
          <w:b w:val="0"/>
          <w:sz w:val="20"/>
        </w:rPr>
        <w:t>Type (e.g., handgun, rifle, shotgun): ____________________________________</w:t>
      </w:r>
    </w:p>
    <w:p>
      <w:r>
        <w:rPr>
          <w:b w:val="0"/>
          <w:sz w:val="20"/>
        </w:rPr>
        <w:t>Additional Identifying Marks or Features: ________________________________</w:t>
      </w:r>
    </w:p>
    <w:p/>
    <w:p>
      <w:r>
        <w:rPr>
          <w:b/>
          <w:sz w:val="20"/>
        </w:rPr>
        <w:t>Gift Details:</w:t>
      </w:r>
    </w:p>
    <w:p>
      <w:r>
        <w:rPr>
          <w:b w:val="0"/>
          <w:sz w:val="20"/>
        </w:rPr>
        <w:t>I, the undersigned Giftor, hereby voluntarily and irrevocably transfer and deliver to the Recipient the firearm described above as a gift, without any form of compensation, payment, or consideration.</w:t>
      </w:r>
    </w:p>
    <w:p/>
    <w:p>
      <w:r>
        <w:rPr>
          <w:b w:val="0"/>
          <w:sz w:val="20"/>
        </w:rPr>
        <w:t>I affirm that I am the legal owner of the firearm, that it is not subject to any liens, encumbrances, or legal restrictions, and that I have full legal authority to gift this firearm in compliance with all applicable federal, state, and local laws.</w:t>
      </w:r>
    </w:p>
    <w:p/>
    <w:p>
      <w:r>
        <w:rPr>
          <w:b w:val="0"/>
          <w:sz w:val="20"/>
        </w:rPr>
        <w:t>The Recipient acknowledges receipt of this firearm as a gift and understands that they are responsible for complying with all applicable federal, state, and local laws regarding possession, registration, and use of the firearm.</w:t>
      </w:r>
    </w:p>
    <w:p/>
    <w:p>
      <w:r>
        <w:rPr>
          <w:b/>
          <w:sz w:val="20"/>
        </w:rPr>
        <w:t>Legal Compliance and Representations:</w:t>
      </w:r>
    </w:p>
    <w:p>
      <w:r>
        <w:rPr>
          <w:b w:val="0"/>
          <w:sz w:val="20"/>
        </w:rPr>
        <w:t>Both parties agree that this gift transaction complies with the Gun Control Act of 1968 and any other relevant federal laws, including but not limited to the prohibition of transfers to prohibited persons.</w:t>
      </w:r>
    </w:p>
    <w:p/>
    <w:p>
      <w:r>
        <w:rPr>
          <w:b w:val="0"/>
          <w:sz w:val="20"/>
        </w:rPr>
        <w:t>The Giftor represents that the firearm is not stolen, has not been involved in any criminal activity, and is not subject to any ongoing investigation or legal dispute.</w:t>
      </w:r>
    </w:p>
    <w:p/>
    <w:p>
      <w:r>
        <w:rPr>
          <w:b w:val="0"/>
          <w:sz w:val="20"/>
        </w:rPr>
        <w:t>The Recipient affirms that they are legally permitted to possess the firearm under all applicable laws and regulations, have not been convicted of any disqualifying offenses, and have not been adjudicated as mentally unfit to possess firearms.</w:t>
      </w:r>
    </w:p>
    <w:p/>
    <w:p>
      <w:r>
        <w:rPr>
          <w:b/>
          <w:sz w:val="20"/>
        </w:rPr>
        <w:t>Indemnification:</w:t>
      </w:r>
    </w:p>
    <w:p>
      <w:r>
        <w:rPr>
          <w:b w:val="0"/>
          <w:sz w:val="20"/>
        </w:rPr>
        <w:t>The Recipient agrees to indemnify and hold harmless the Giftor from any claims, damages, or liabilities arising from the Recipient's possession, use, or transfer of the gifted firearm following the date of this document.</w:t>
      </w:r>
    </w:p>
    <w:p/>
    <w:p>
      <w:r>
        <w:rPr>
          <w:b/>
          <w:sz w:val="20"/>
        </w:rPr>
        <w:t>No Warranty:</w:t>
      </w:r>
    </w:p>
    <w:p>
      <w:r>
        <w:rPr>
          <w:b w:val="0"/>
          <w:sz w:val="20"/>
        </w:rPr>
        <w:t>The firearm is gifted 'as is' with no warranties or guarantees, express or implied, as to its condition, functionality, or legality.</w:t>
      </w:r>
    </w:p>
    <w:p/>
    <w:p>
      <w:r>
        <w:rPr>
          <w:b/>
          <w:sz w:val="20"/>
        </w:rPr>
        <w:t>Governing Law:</w:t>
      </w:r>
    </w:p>
    <w:p>
      <w:r>
        <w:rPr>
          <w:b w:val="0"/>
          <w:sz w:val="20"/>
        </w:rPr>
        <w:t>This Gift Letter shall be governed by and construed in accordance with the laws of the state in which the Giftor resides, without regard to its conflict of law provisions.</w:t>
      </w:r>
    </w:p>
    <w:p/>
    <w:p>
      <w:r>
        <w:rPr>
          <w:b/>
          <w:sz w:val="20"/>
        </w:rPr>
        <w:t>Entire Agreement:</w:t>
      </w:r>
    </w:p>
    <w:p>
      <w:r>
        <w:rPr>
          <w:b w:val="0"/>
          <w:sz w:val="20"/>
        </w:rPr>
        <w:t>This document constitutes the entire agreement between the parties concerning the firearm gift and supersedes any prior understandings, agreements, or representations, oral or written.</w:t>
      </w:r>
    </w:p>
    <w:p/>
    <w:p/>
    <w:p>
      <w:r>
        <w:rPr>
          <w:b/>
          <w:sz w:val="20"/>
        </w:rPr>
        <w:t>Acknowledgment and Signatures:</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GIFTOR (DONOR)</w:t>
            </w:r>
          </w:p>
        </w:tc>
        <w:tc>
          <w:tcPr>
            <w:tcW w:type="dxa" w:w="4986"/>
            <w:tcBorders>
              <w:top w:val="nil"/>
              <w:left w:val="nil"/>
              <w:bottom w:val="nil"/>
              <w:right w:val="nil"/>
              <w:insideH w:val="nil"/>
              <w:insideV w:val="nil"/>
            </w:tcBorders>
          </w:tcPr>
          <w:p>
            <w:pPr>
              <w:jc w:val="center"/>
            </w:pPr>
            <w:r>
              <w:t>RECIPIENT (DONEE)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_______________________</w:t>
            </w:r>
          </w:p>
        </w:tc>
        <w:tc>
          <w:tcPr>
            <w:tcW w:type="dxa" w:w="4986"/>
            <w:tcBorders>
              <w:top w:val="nil"/>
              <w:left w:val="nil"/>
              <w:bottom w:val="nil"/>
              <w:right w:val="nil"/>
              <w:insideH w:val="nil"/>
              <w:insideV w:val="nil"/>
            </w:tcBorders>
          </w:tcPr>
          <w:p>
            <w:pPr>
              <w:jc w:val="center"/>
            </w:pPr>
            <w:r>
              <w:t>Printed Name: _______________________</w:t>
            </w:r>
          </w:p>
        </w:tc>
      </w:tr>
    </w:tbl>
    <w:p/>
    <w:p/>
    <w:p>
      <w:r>
        <w:rPr>
          <w:b/>
          <w:sz w:val="20"/>
        </w:rPr>
        <w:t>Witness Information and Signature (Optional):</w:t>
      </w:r>
    </w:p>
    <w:p>
      <w:r>
        <w:rPr>
          <w:b w:val="0"/>
          <w:sz w:val="20"/>
        </w:rPr>
        <w:t>Full Name: ____________________________________________________________</w:t>
      </w:r>
    </w:p>
    <w:p>
      <w:r>
        <w:rPr>
          <w:b w:val="0"/>
          <w:sz w:val="20"/>
        </w:rPr>
        <w:t>Address: _______________________________________________________________</w:t>
      </w:r>
    </w:p>
    <w:p>
      <w:r>
        <w:rPr>
          <w:b w:val="0"/>
          <w:sz w:val="20"/>
        </w:rPr>
        <w:t>Phone Number: _________________________________________________________</w:t>
      </w:r>
    </w:p>
    <w:p>
      <w:r>
        <w:rPr>
          <w:b w:val="0"/>
          <w:sz w:val="20"/>
        </w:rPr>
        <w:br/>
        <w:t>Signature: _________________________    Date: __________________________</w:t>
      </w:r>
    </w:p>
    <w:p/>
    <w:p/>
    <w:p>
      <w:r>
        <w:rPr>
          <w:b/>
          <w:sz w:val="20"/>
        </w:rPr>
        <w:t>Notary Acknowledgment (If required):</w:t>
      </w:r>
    </w:p>
    <w:p>
      <w:r>
        <w:rPr>
          <w:b w:val="0"/>
          <w:sz w:val="20"/>
        </w:rPr>
        <w:t>State of ____________________________</w:t>
      </w:r>
    </w:p>
    <w:p>
      <w:r>
        <w:rPr>
          <w:b w:val="0"/>
          <w:sz w:val="20"/>
        </w:rPr>
        <w:t>County of ___________________________</w:t>
      </w:r>
    </w:p>
    <w:p>
      <w:r>
        <w:rPr>
          <w:b w:val="0"/>
          <w:sz w:val="20"/>
        </w:rPr>
        <w:t>Subscribed and sworn before me on this ___ day of ____________, 20__ by:</w:t>
      </w:r>
    </w:p>
    <w:p>
      <w:r>
        <w:rPr>
          <w:b w:val="0"/>
          <w:sz w:val="20"/>
        </w:rPr>
        <w:t>Name of Person(s) Acknowledging: _______________________________________</w:t>
      </w:r>
    </w:p>
    <w:p>
      <w:r>
        <w:rPr>
          <w:b w:val="0"/>
          <w:sz w:val="20"/>
        </w:rPr>
        <w:t>Signature of Notary Public: _____________________________________________</w:t>
      </w:r>
    </w:p>
    <w:p>
      <w:r>
        <w:rPr>
          <w:b w:val="0"/>
          <w:sz w:val="20"/>
        </w:rPr>
        <w:t>My Commission Expires: _________________________________________________</w:t>
      </w:r>
    </w:p>
    <w:p/>
    <w:p/>
    <w:p>
      <w:r>
        <w:br w:type="page"/>
      </w:r>
    </w:p>
    <w:p>
      <w:pPr>
        <w:jc w:val="center"/>
      </w:pPr>
      <w:r>
        <w:rPr>
          <w:color w:val="555555"/>
          <w:sz w:val="24"/>
        </w:rPr>
        <w:t>Original source of this document:</w:t>
      </w:r>
    </w:p>
    <w:p>
      <w:pPr>
        <w:jc w:val="center"/>
      </w:pPr>
      <w:hyperlink r:id="rId9">
        <w:r>
          <w:rPr>
            <w:color w:val="0000FF"/>
            <w:u w:val="single"/>
          </w:rPr>
          <w:t>https://letterdocs-us.com/firearm-gift-letter/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firearm-gift-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