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FINANCIAL AID APPEAL LETTER</w:t>
      </w:r>
    </w:p>
    <w:p/>
    <w:p/>
    <w:p>
      <w:r>
        <w:rPr>
          <w:b/>
          <w:sz w:val="20"/>
        </w:rPr>
        <w:t>Financial Aid Office</w:t>
      </w:r>
    </w:p>
    <w:p>
      <w:r>
        <w:rPr>
          <w:b w:val="0"/>
          <w:sz w:val="20"/>
        </w:rPr>
        <w:t>University Name</w:t>
      </w:r>
    </w:p>
    <w:p>
      <w:r>
        <w:rPr>
          <w:b w:val="0"/>
          <w:sz w:val="20"/>
        </w:rPr>
        <w:t>University Address Line 1</w:t>
      </w:r>
    </w:p>
    <w:p>
      <w:r>
        <w:rPr>
          <w:b w:val="0"/>
          <w:sz w:val="20"/>
        </w:rPr>
        <w:t>University Address Line 2</w:t>
      </w:r>
    </w:p>
    <w:p>
      <w:r>
        <w:rPr>
          <w:b w:val="0"/>
          <w:sz w:val="20"/>
        </w:rPr>
        <w:t>City, State ZIP Code</w:t>
      </w:r>
    </w:p>
    <w:p/>
    <w:p/>
    <w:p>
      <w:r>
        <w:rPr>
          <w:b w:val="0"/>
          <w:sz w:val="20"/>
        </w:rPr>
        <w:t>Dear Financial Aid Committee,</w:t>
      </w:r>
    </w:p>
    <w:p/>
    <w:p>
      <w:r>
        <w:rPr>
          <w:b w:val="0"/>
          <w:sz w:val="20"/>
        </w:rPr>
        <w:t>I am writing to respectfully appeal the decision regarding my financial aid package. I appreciate the committee’s time and consideration of my circumstances. I understand the challenges in allocating limited resources and wish to provide additional information for your review.</w:t>
      </w:r>
    </w:p>
    <w:p/>
    <w:p>
      <w:r>
        <w:rPr>
          <w:b/>
          <w:sz w:val="22"/>
        </w:rPr>
        <w:t>Student Information:</w:t>
      </w:r>
    </w:p>
    <w:p>
      <w:r>
        <w:rPr>
          <w:b w:val="0"/>
          <w:sz w:val="20"/>
        </w:rPr>
        <w:t>Full Name: ____________________________________________________________</w:t>
      </w:r>
    </w:p>
    <w:p>
      <w:r>
        <w:rPr>
          <w:b w:val="0"/>
          <w:sz w:val="20"/>
        </w:rPr>
        <w:t>Student ID Number: _____________________________________________________</w:t>
      </w:r>
    </w:p>
    <w:p>
      <w:r>
        <w:rPr>
          <w:b w:val="0"/>
          <w:sz w:val="20"/>
        </w:rPr>
        <w:t>Phone Number: _________________________________________________________</w:t>
      </w:r>
    </w:p>
    <w:p>
      <w:r>
        <w:rPr>
          <w:b w:val="0"/>
          <w:sz w:val="20"/>
        </w:rPr>
        <w:t>Email Address: _________________________________________________________</w:t>
      </w:r>
    </w:p>
    <w:p>
      <w:r>
        <w:rPr>
          <w:b w:val="0"/>
          <w:sz w:val="20"/>
        </w:rPr>
        <w:t>Academic Program/Major: ________________________________________________</w:t>
      </w:r>
    </w:p>
    <w:p/>
    <w:p>
      <w:r>
        <w:rPr>
          <w:b/>
          <w:sz w:val="22"/>
        </w:rPr>
        <w:t>Explanation of Circumstances:</w:t>
      </w:r>
    </w:p>
    <w:p>
      <w:r>
        <w:rPr>
          <w:b w:val="0"/>
          <w:sz w:val="20"/>
        </w:rPr>
        <w:t>Please describe in detail the reasons for your appeal. Include any changes in financial situation, unexpected expenses, hardships, or other relevant information that were not previously considered.</w:t>
      </w:r>
    </w:p>
    <w:p>
      <w:r>
        <w:rPr>
          <w:b w:val="0"/>
          <w:sz w:val="20"/>
        </w:rPr>
        <w:t>__________________________________________________________________________</w:t>
      </w:r>
    </w:p>
    <w:p>
      <w:r>
        <w:rPr>
          <w:b w:val="0"/>
          <w:sz w:val="20"/>
        </w:rPr>
        <w:t>__________________________________________________________________________</w:t>
      </w:r>
    </w:p>
    <w:p>
      <w:r>
        <w:rPr>
          <w:b w:val="0"/>
          <w:sz w:val="20"/>
        </w:rPr>
        <w:t>__________________________________________________________________________</w:t>
      </w:r>
    </w:p>
    <w:p>
      <w:r>
        <w:rPr>
          <w:b w:val="0"/>
          <w:sz w:val="20"/>
        </w:rPr>
        <w:t>__________________________________________________________________________</w:t>
      </w:r>
    </w:p>
    <w:p>
      <w:r>
        <w:rPr>
          <w:b w:val="0"/>
          <w:sz w:val="20"/>
        </w:rPr>
        <w:t>__________________________________________________________________________</w:t>
      </w:r>
    </w:p>
    <w:p/>
    <w:p>
      <w:r>
        <w:rPr>
          <w:b/>
          <w:sz w:val="22"/>
        </w:rPr>
        <w:t>Supporting Documentation:</w:t>
      </w:r>
    </w:p>
    <w:p>
      <w:r>
        <w:rPr>
          <w:b w:val="0"/>
          <w:sz w:val="20"/>
        </w:rPr>
        <w:t>Attached to this appeal are the following documents to support my case:</w:t>
      </w:r>
    </w:p>
    <w:p>
      <w:r>
        <w:rPr>
          <w:b w:val="0"/>
          <w:sz w:val="20"/>
        </w:rPr>
        <w:t>- _______________________________________________________________</w:t>
      </w:r>
    </w:p>
    <w:p>
      <w:r>
        <w:rPr>
          <w:b w:val="0"/>
          <w:sz w:val="20"/>
        </w:rPr>
        <w:t>- _______________________________________________________________</w:t>
      </w:r>
    </w:p>
    <w:p>
      <w:r>
        <w:rPr>
          <w:b w:val="0"/>
          <w:sz w:val="20"/>
        </w:rPr>
        <w:t>- _______________________________________________________________</w:t>
      </w:r>
    </w:p>
    <w:p/>
    <w:p>
      <w:r>
        <w:rPr>
          <w:b/>
          <w:sz w:val="22"/>
        </w:rPr>
        <w:t>Impact on Academic Progress:</w:t>
      </w:r>
    </w:p>
    <w:p>
      <w:r>
        <w:rPr>
          <w:b w:val="0"/>
          <w:sz w:val="20"/>
        </w:rPr>
        <w:t>I would like to emphasize how additional financial aid would enable me to continue my studies without interruption and maintain satisfactory academic progress. It is critical for my educational and career goals to receive assistance at this time.</w:t>
      </w:r>
    </w:p>
    <w:p/>
    <w:p>
      <w:r>
        <w:rPr>
          <w:b/>
          <w:sz w:val="22"/>
        </w:rPr>
        <w:t>Request for Reconsideration:</w:t>
      </w:r>
    </w:p>
    <w:p>
      <w:r>
        <w:rPr>
          <w:b w:val="0"/>
          <w:sz w:val="20"/>
        </w:rPr>
        <w:t>In light of the above circumstances and documentation, I respectfully request a reconsideration of my financial aid package. I am committed to my education and willing to provide any further information or documentation necessary for your review.</w:t>
      </w:r>
    </w:p>
    <w:p/>
    <w:p>
      <w:r>
        <w:rPr>
          <w:b w:val="0"/>
          <w:sz w:val="20"/>
        </w:rPr>
        <w:t>Thank you very much for your time and consideration. I look forward to your response and appreciate your understanding.</w:t>
      </w:r>
    </w:p>
    <w:p/>
    <w:p/>
    <w:p>
      <w:r>
        <w:rPr>
          <w:b w:val="0"/>
          <w:sz w:val="20"/>
        </w:rPr>
        <w:t>Sincerely,</w:t>
      </w:r>
    </w:p>
    <w:p/>
    <w:p/>
    <w:p/>
    <w:p/>
    <w:p>
      <w:r>
        <w:rPr>
          <w:b w:val="0"/>
          <w:sz w:val="20"/>
        </w:rPr>
        <w:t>________________________________________________________</w:t>
      </w:r>
    </w:p>
    <w:p>
      <w:r>
        <w:rPr>
          <w:b w:val="0"/>
          <w:sz w:val="20"/>
        </w:rPr>
        <w:t>Signature of Student</w:t>
      </w:r>
    </w:p>
    <w:p/>
    <w:p>
      <w:r>
        <w:rPr>
          <w:b w:val="0"/>
          <w:sz w:val="20"/>
        </w:rPr>
        <w:t>________________________________________________________</w:t>
      </w:r>
    </w:p>
    <w:p>
      <w:r>
        <w:rPr>
          <w:b w:val="0"/>
          <w:sz w:val="20"/>
        </w:rPr>
        <w:t>Printed Name of Student</w:t>
      </w:r>
    </w:p>
    <w:p/>
    <w:p/>
    <w:p>
      <w:r>
        <w:rPr>
          <w:b w:val="0"/>
          <w:sz w:val="20"/>
        </w:rPr>
        <w:t>Date: __________________________________________________________</w:t>
      </w:r>
    </w:p>
    <w:p/>
    <w:p/>
    <w:p>
      <w:r>
        <w:rPr>
          <w:b/>
          <w:sz w:val="22"/>
        </w:rPr>
        <w:t>Advisor or Third Party Support (Optional):</w:t>
      </w:r>
    </w:p>
    <w:p>
      <w:r>
        <w:rPr>
          <w:b w:val="0"/>
          <w:sz w:val="20"/>
        </w:rPr>
        <w:t>Name: ___________________________________________________________</w:t>
      </w:r>
    </w:p>
    <w:p>
      <w:r>
        <w:rPr>
          <w:b w:val="0"/>
          <w:sz w:val="20"/>
        </w:rPr>
        <w:t>Relationship to Student: __________________________________________</w:t>
      </w:r>
    </w:p>
    <w:p>
      <w:r>
        <w:rPr>
          <w:b w:val="0"/>
          <w:sz w:val="20"/>
        </w:rPr>
        <w:t>Contact Information: ______________________________________________</w:t>
      </w:r>
    </w:p>
    <w:p>
      <w:r>
        <w:rPr>
          <w:b w:val="0"/>
          <w:sz w:val="20"/>
        </w:rPr>
        <w:t>Comments or Support Statement:</w:t>
      </w:r>
    </w:p>
    <w:p>
      <w:r>
        <w:rPr>
          <w:b w:val="0"/>
          <w:sz w:val="20"/>
        </w:rPr>
        <w:t>__________________________________________________________________</w:t>
      </w:r>
    </w:p>
    <w:p>
      <w:r>
        <w:rPr>
          <w:b w:val="0"/>
          <w:sz w:val="20"/>
        </w:rPr>
        <w:t>__________________________________________________________________</w:t>
      </w:r>
    </w:p>
    <w:p/>
    <w:p/>
    <w:p>
      <w:r>
        <w:rPr>
          <w:b w:val="0"/>
          <w:sz w:val="20"/>
        </w:rPr>
        <w:t>Place of Submission: _____________________________________________</w:t>
      </w:r>
    </w:p>
    <w:p>
      <w:r>
        <w:rPr>
          <w:b w:val="0"/>
          <w:sz w:val="20"/>
        </w:rPr>
        <w:t>Date of Submission: 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Student</w:t>
            </w:r>
          </w:p>
        </w:tc>
        <w:tc>
          <w:tcPr>
            <w:tcW w:type="dxa" w:w="4986"/>
            <w:tcBorders>
              <w:top w:val="nil"/>
              <w:left w:val="nil"/>
              <w:bottom w:val="nil"/>
              <w:right w:val="nil"/>
              <w:insideH w:val="nil"/>
              <w:insideV w:val="nil"/>
            </w:tcBorders>
          </w:tcPr>
          <w:p>
            <w:pPr>
              <w:jc w:val="center"/>
            </w:pPr>
            <w:r>
              <w:t>Financial Aid Officer</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https://letterdocs-us.com/financial-aid-appeal-letter/</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https://letterdocs-us.com</w:t>
        </w:r>
      </w:hyperlink>
    </w:p>
    <w:p>
      <w:pPr>
        <w:jc w:val="center"/>
      </w:pPr>
      <w:r>
        <w:rPr>
          <w:color w:val="808080"/>
          <w:sz w:val="20"/>
        </w:rPr>
        <w:t>This template is intended exclusively for personal, non-commercial use.</w:t>
        <w:br/>
        <w:t>If distributed or published, the source must be mentioned. © letterdocs-us.com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tterdocs-us.com/financial-aid-appeal-letter/" TargetMode="External"/><Relationship Id="rId10" Type="http://schemas.openxmlformats.org/officeDocument/2006/relationships/hyperlink" Target="https://letterdocs-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