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TERMINATION LETTER</w:t>
      </w:r>
    </w:p>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Employee Information:</w:t>
      </w:r>
    </w:p>
    <w:p>
      <w:r>
        <w:rPr>
          <w:b w:val="0"/>
          <w:sz w:val="20"/>
        </w:rPr>
        <w:t>Full Name: _______________________________________________________________</w:t>
      </w:r>
    </w:p>
    <w:p>
      <w:r>
        <w:rPr>
          <w:b w:val="0"/>
          <w:sz w:val="20"/>
        </w:rPr>
        <w:t>Position/Job Title: _______________________________________________________</w:t>
      </w:r>
    </w:p>
    <w:p>
      <w:r>
        <w:rPr>
          <w:b w:val="0"/>
          <w:sz w:val="20"/>
        </w:rPr>
        <w:t>Department: ______________________________________________________________</w:t>
      </w:r>
    </w:p>
    <w:p>
      <w:r>
        <w:rPr>
          <w:b w:val="0"/>
          <w:sz w:val="20"/>
        </w:rPr>
        <w:t>Employee ID: 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Subject: Termination of Employment</w:t>
      </w:r>
    </w:p>
    <w:p/>
    <w:p>
      <w:r>
        <w:rPr>
          <w:b w:val="0"/>
          <w:sz w:val="20"/>
        </w:rPr>
        <w:t>Dear ____________________________________________________,</w:t>
      </w:r>
    </w:p>
    <w:p/>
    <w:p>
      <w:r>
        <w:rPr>
          <w:b w:val="0"/>
          <w:sz w:val="20"/>
        </w:rPr>
        <w:t>This letter serves as formal notice of termination of your employment with ____________________________________________________ (the “Company”).</w:t>
      </w:r>
    </w:p>
    <w:p/>
    <w:p>
      <w:r>
        <w:rPr>
          <w:b/>
          <w:sz w:val="22"/>
        </w:rPr>
        <w:t>1. Termination Effective Date</w:t>
      </w:r>
    </w:p>
    <w:p>
      <w:r>
        <w:rPr>
          <w:b w:val="0"/>
          <w:sz w:val="20"/>
        </w:rPr>
        <w:t>Your employment will be terminated effective as of ____________________________________________________ (the “Termination Date”). You are required to complete all assigned tasks and return all company property by this date.</w:t>
      </w:r>
    </w:p>
    <w:p/>
    <w:p>
      <w:r>
        <w:rPr>
          <w:b/>
          <w:sz w:val="22"/>
        </w:rPr>
        <w:t>2. Reason for Termination</w:t>
      </w:r>
    </w:p>
    <w:p>
      <w:r>
        <w:rPr>
          <w:b w:val="0"/>
          <w:sz w:val="20"/>
        </w:rPr>
        <w:t>The reason(s) for this termination are as follows:</w:t>
      </w:r>
    </w:p>
    <w:p>
      <w:r>
        <w:rPr>
          <w:b w:val="0"/>
          <w:sz w:val="20"/>
        </w:rPr>
        <w:t>- ________________________________________________________________________</w:t>
      </w:r>
    </w:p>
    <w:p>
      <w:r>
        <w:rPr>
          <w:b w:val="0"/>
          <w:sz w:val="20"/>
        </w:rPr>
        <w:t>- ________________________________________________________________________</w:t>
      </w:r>
    </w:p>
    <w:p>
      <w:r>
        <w:rPr>
          <w:b w:val="0"/>
          <w:sz w:val="20"/>
        </w:rPr>
        <w:t>- ________________________________________________________________________</w:t>
      </w:r>
    </w:p>
    <w:p/>
    <w:p>
      <w:r>
        <w:rPr>
          <w:b/>
          <w:sz w:val="22"/>
        </w:rPr>
        <w:t>3. Final Compensation and Benefits</w:t>
      </w:r>
    </w:p>
    <w:p>
      <w:r>
        <w:rPr>
          <w:b w:val="0"/>
          <w:sz w:val="20"/>
        </w:rPr>
        <w:t>You will receive the following as part of your final compensation:</w:t>
      </w:r>
    </w:p>
    <w:p>
      <w:r>
        <w:rPr>
          <w:b w:val="0"/>
          <w:sz w:val="20"/>
        </w:rPr>
        <w:t>- Payment for all hours worked and accrued but unused vacation time up to the Termination Date.</w:t>
      </w:r>
    </w:p>
    <w:p>
      <w:r>
        <w:rPr>
          <w:b w:val="0"/>
          <w:sz w:val="20"/>
        </w:rPr>
        <w:t>- Any applicable severance pay as outlined in your employment agreement or company policies.</w:t>
      </w:r>
    </w:p>
    <w:p>
      <w:r>
        <w:rPr>
          <w:b w:val="0"/>
          <w:sz w:val="20"/>
        </w:rPr>
        <w:t>- Continuation of health benefits as required by law or contractual agreement until ____________________________________________________.</w:t>
      </w:r>
    </w:p>
    <w:p>
      <w:r>
        <w:rPr>
          <w:b w:val="0"/>
          <w:sz w:val="20"/>
        </w:rPr>
        <w:t>- Any other benefits to which you are entitled will be provided in accordance with company policy and applicable law.</w:t>
      </w:r>
    </w:p>
    <w:p/>
    <w:p>
      <w:r>
        <w:rPr>
          <w:b/>
          <w:sz w:val="22"/>
        </w:rPr>
        <w:t>4. Return of Company Property</w:t>
      </w:r>
    </w:p>
    <w:p>
      <w:r>
        <w:rPr>
          <w:b w:val="0"/>
          <w:sz w:val="20"/>
        </w:rPr>
        <w:t>You are required to return all company property, including but not limited to keys, identification badges, computers, phones, documents, and any other materials belonging to the Company, no later than the Termination Date.</w:t>
      </w:r>
    </w:p>
    <w:p/>
    <w:p>
      <w:r>
        <w:rPr>
          <w:b/>
          <w:sz w:val="22"/>
        </w:rPr>
        <w:t>5. Confidentiality and Non-Disclosure</w:t>
      </w:r>
    </w:p>
    <w:p>
      <w:r>
        <w:rPr>
          <w:b w:val="0"/>
          <w:sz w:val="20"/>
        </w:rPr>
        <w:t>You acknowledge your continuing obligations under any confidentiality, non-disclosure, or proprietary information agreements you have signed during your employment with the Company. These obligations survive the termination of your employment.</w:t>
      </w:r>
    </w:p>
    <w:p/>
    <w:p>
      <w:r>
        <w:rPr>
          <w:b/>
          <w:sz w:val="22"/>
        </w:rPr>
        <w:t>6. Non-Compete and Non-Solicitation</w:t>
      </w:r>
    </w:p>
    <w:p>
      <w:r>
        <w:rPr>
          <w:b w:val="0"/>
          <w:sz w:val="20"/>
        </w:rPr>
        <w:t>If applicable, you are reminded of any non-compete and/or non-solicitation agreements entered into with the Company, which remain in effect following termination as outlined therein.</w:t>
      </w:r>
    </w:p>
    <w:p/>
    <w:p>
      <w:r>
        <w:rPr>
          <w:b/>
          <w:sz w:val="22"/>
        </w:rPr>
        <w:t>7. Release of Claims</w:t>
      </w:r>
    </w:p>
    <w:p>
      <w:r>
        <w:rPr>
          <w:b w:val="0"/>
          <w:sz w:val="20"/>
        </w:rPr>
        <w:t>By accepting any severance or final compensation, you agree to release the Company and its affiliates from any and all claims, demands, or causes of action arising out of or related to your employment or termination thereof, except as expressly reserved by law.</w:t>
      </w:r>
    </w:p>
    <w:p/>
    <w:p>
      <w:r>
        <w:rPr>
          <w:b/>
          <w:sz w:val="22"/>
        </w:rPr>
        <w:t>8. Acknowledgment</w:t>
      </w:r>
    </w:p>
    <w:p>
      <w:r>
        <w:rPr>
          <w:b w:val="0"/>
          <w:sz w:val="20"/>
        </w:rPr>
        <w:t>Please acknowledge your receipt and understanding of this termination notice by signing below.</w:t>
      </w:r>
    </w:p>
    <w:p/>
    <w:p/>
    <w:p>
      <w:r>
        <w:rPr>
          <w:b w:val="0"/>
          <w:sz w:val="20"/>
        </w:rPr>
        <w:t>We thank you for your contributions to the Company and wish you success in your future endeavors.</w:t>
      </w:r>
    </w:p>
    <w:p/>
    <w:p/>
    <w:p/>
    <w:p>
      <w:r>
        <w:rPr>
          <w:b w:val="0"/>
          <w:sz w:val="20"/>
        </w:rPr>
        <w:t>Sincerely,</w:t>
      </w:r>
    </w:p>
    <w:p/>
    <w:p/>
    <w:p/>
    <w:p>
      <w:r>
        <w:rPr>
          <w:b w:val="0"/>
          <w:sz w:val="20"/>
        </w:rPr>
        <w:t>____________________________________________________</w:t>
      </w:r>
    </w:p>
    <w:p>
      <w:r>
        <w:rPr>
          <w:b w:val="0"/>
          <w:sz w:val="20"/>
        </w:rPr>
        <w:t>Authorized Representative</w:t>
      </w:r>
    </w:p>
    <w:p>
      <w:r>
        <w:rPr>
          <w:b w:val="0"/>
          <w:sz w:val="20"/>
        </w:rPr>
        <w:t>____________________________________________________</w:t>
      </w:r>
    </w:p>
    <w:p>
      <w:r>
        <w:rPr>
          <w:b w:val="0"/>
          <w:sz w:val="20"/>
        </w:rPr>
        <w:t>Title</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https://letterdocs-us.com/employee-termination-letter/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employee-termina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