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EARLY LEASE TERMINATION LETTER</w:t>
      </w:r>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Landlord/Property Manager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Rental Property Information:</w:t>
      </w:r>
    </w:p>
    <w:p>
      <w:r>
        <w:rPr>
          <w:b w:val="0"/>
          <w:sz w:val="20"/>
        </w:rPr>
        <w:t>Property Address: ______________________________________________________</w:t>
      </w:r>
    </w:p>
    <w:p>
      <w:r>
        <w:rPr>
          <w:b w:val="0"/>
          <w:sz w:val="20"/>
        </w:rPr>
        <w:t>Lease Start Date: ______________________________________________________</w:t>
      </w:r>
    </w:p>
    <w:p>
      <w:r>
        <w:rPr>
          <w:b w:val="0"/>
          <w:sz w:val="20"/>
        </w:rPr>
        <w:t>Lease End Date (Original): ______________________________________________</w:t>
      </w:r>
    </w:p>
    <w:p/>
    <w:p>
      <w:r>
        <w:rPr>
          <w:b/>
          <w:sz w:val="20"/>
        </w:rPr>
        <w:t>Subject: Notice of Early Termination of Lease Agreement</w:t>
      </w:r>
    </w:p>
    <w:p/>
    <w:p>
      <w:r>
        <w:rPr>
          <w:b w:val="0"/>
          <w:sz w:val="20"/>
        </w:rPr>
        <w:t>To Whom It May Concern,</w:t>
      </w:r>
    </w:p>
    <w:p/>
    <w:p>
      <w:r>
        <w:rPr>
          <w:b w:val="0"/>
          <w:sz w:val="20"/>
        </w:rPr>
        <w:t>I, the undersigned tenant, hereby provide formal notice of my intent to terminate the lease agreement for the above-referenced rental property prior to the originally agreed lease end date. This termination is requested effective as of ____________________________ (effective termination date).</w:t>
      </w:r>
    </w:p>
    <w:p/>
    <w:p>
      <w:r>
        <w:rPr>
          <w:b/>
          <w:sz w:val="20"/>
        </w:rPr>
        <w:t>Reason for Early Termination:</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val="0"/>
          <w:sz w:val="20"/>
        </w:rPr>
        <w:t>I acknowledge that the lease agreement dated ____________________________ remains in effect, and I understand and will comply with the terms and conditions regarding early termination as specified therein.</w:t>
      </w:r>
    </w:p>
    <w:p/>
    <w:p>
      <w:r>
        <w:rPr>
          <w:b/>
          <w:sz w:val="20"/>
        </w:rPr>
        <w:t>Tenant’s Responsibilities upon Early Termination:</w:t>
      </w:r>
    </w:p>
    <w:p>
      <w:r>
        <w:rPr>
          <w:b w:val="0"/>
          <w:sz w:val="20"/>
        </w:rPr>
        <w:t>1. Payment of all rent and any applicable fees due through the early termination date, including any early termination fees as provided in the lease agreement.</w:t>
      </w:r>
    </w:p>
    <w:p>
      <w:r>
        <w:rPr>
          <w:b w:val="0"/>
          <w:sz w:val="20"/>
        </w:rPr>
        <w:t>2. Return of the rental property in good and clean condition as stipulated in the lease agreement, reasonable wear and tear excepted.</w:t>
      </w:r>
    </w:p>
    <w:p>
      <w:r>
        <w:rPr>
          <w:b w:val="0"/>
          <w:sz w:val="20"/>
        </w:rPr>
        <w:t>3. Coordination with the landlord or property manager to schedule a move-out inspection.</w:t>
      </w:r>
    </w:p>
    <w:p>
      <w:r>
        <w:rPr>
          <w:b w:val="0"/>
          <w:sz w:val="20"/>
        </w:rPr>
        <w:t>4. Providing access to the rental property for prospective tenants or purchasers upon reasonable prior notice.</w:t>
      </w:r>
    </w:p>
    <w:p/>
    <w:p>
      <w:r>
        <w:rPr>
          <w:b/>
          <w:sz w:val="20"/>
        </w:rPr>
        <w:t>Security Deposit:</w:t>
      </w:r>
    </w:p>
    <w:p>
      <w:r>
        <w:rPr>
          <w:b w:val="0"/>
          <w:sz w:val="20"/>
        </w:rPr>
        <w:t>I understand that my security deposit will be handled in accordance with the lease terms and applicable state laws, subject to deductions for unpaid rent, damages beyond normal wear and tear, or other lawful charges.</w:t>
      </w:r>
    </w:p>
    <w:p/>
    <w:p>
      <w:r>
        <w:rPr>
          <w:b/>
          <w:sz w:val="20"/>
        </w:rPr>
        <w:t>Forwarding Address for Security Deposit and Communication:</w:t>
      </w:r>
    </w:p>
    <w:p>
      <w:r>
        <w:rPr>
          <w:b w:val="0"/>
          <w:sz w:val="20"/>
        </w:rPr>
        <w:t>Street Address: ________________________________________________________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p>
      <w:r>
        <w:rPr>
          <w:b/>
          <w:sz w:val="20"/>
        </w:rPr>
        <w:t>Mutual Release and Waiver (If Applicable):</w:t>
      </w:r>
    </w:p>
    <w:p>
      <w:r>
        <w:rPr>
          <w:b w:val="0"/>
          <w:sz w:val="20"/>
        </w:rPr>
        <w:t>Upon completion of the early termination obligations by both parties, each party releases the other from any further claims or liabilities arising under the lease agreement, except for obligations expressly stated to survive termination.</w:t>
      </w:r>
    </w:p>
    <w:p/>
    <w:p>
      <w:r>
        <w:rPr>
          <w:b w:val="0"/>
          <w:sz w:val="20"/>
        </w:rPr>
        <w:t>This notice and any actions taken hereunder shall be governed by and construed in accordance with the laws of the state in which the rental property is located. Both parties agree to comply with all applicable federal, state, and local laws.</w:t>
      </w:r>
    </w:p>
    <w:p/>
    <w:p>
      <w:r>
        <w:rPr>
          <w:b w:val="0"/>
          <w:sz w:val="20"/>
        </w:rPr>
        <w:t>Please confirm receipt of this early lease termination notice and acceptance of the proposed termination date in writing at your earliest convenience.</w:t>
      </w:r>
    </w:p>
    <w:p/>
    <w:p/>
    <w:p>
      <w:r>
        <w:rPr>
          <w:b w:val="0"/>
          <w:sz w:val="20"/>
        </w:rPr>
        <w:t>Thank you for your understanding and cooperation.</w:t>
      </w:r>
    </w:p>
    <w:p/>
    <w:p/>
    <w:p>
      <w:r>
        <w:rPr>
          <w:b w:val="0"/>
          <w:sz w:val="20"/>
        </w:rPr>
        <w:t>Sincerely,</w:t>
      </w:r>
    </w:p>
    <w:p/>
    <w:p/>
    <w:p/>
    <w:p>
      <w:r>
        <w:rPr>
          <w:b w:val="0"/>
          <w:sz w:val="20"/>
        </w:rPr>
        <w:t>_______________________________</w:t>
      </w:r>
    </w:p>
    <w:p>
      <w:r>
        <w:rPr>
          <w:b w:val="0"/>
          <w:sz w:val="20"/>
        </w:rPr>
        <w:t>Tenant Signature</w:t>
      </w:r>
    </w:p>
    <w:p/>
    <w:p>
      <w:r>
        <w:rPr>
          <w:b w:val="0"/>
          <w:sz w:val="20"/>
        </w:rPr>
        <w:t>_______________________________</w:t>
      </w:r>
    </w:p>
    <w:p>
      <w:r>
        <w:rPr>
          <w:b w:val="0"/>
          <w:sz w:val="20"/>
        </w:rPr>
        <w:t>Tenant Printed Name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w:t>
            </w:r>
          </w:p>
        </w:tc>
        <w:tc>
          <w:tcPr>
            <w:tcW w:type="dxa" w:w="4986"/>
            <w:tcBorders>
              <w:top w:val="nil"/>
              <w:left w:val="nil"/>
              <w:bottom w:val="nil"/>
              <w:right w:val="nil"/>
              <w:insideH w:val="nil"/>
              <w:insideV w:val="nil"/>
            </w:tcBorders>
          </w:tcPr>
          <w:p>
            <w:pPr>
              <w:jc w:val="center"/>
            </w:pPr>
            <w:r>
              <w:t>LANDLORD / PROPERTY 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https://letterdocs-us.com/early-lease-termination-letter/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early-lease-termin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