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DOWN PAYMENT GIFT LETTER</w:t>
      </w:r>
    </w:p>
    <w:p/>
    <w:p/>
    <w:p>
      <w:r>
        <w:rPr>
          <w:b w:val="0"/>
          <w:sz w:val="20"/>
        </w:rPr>
        <w:t>To Whom It May Concern,</w:t>
      </w:r>
    </w:p>
    <w:p/>
    <w:p>
      <w:r>
        <w:rPr>
          <w:b/>
          <w:sz w:val="20"/>
        </w:rPr>
        <w:t>Gift Donor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Gift 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Property Information:</w:t>
      </w:r>
    </w:p>
    <w:p>
      <w:r>
        <w:rPr>
          <w:b w:val="0"/>
          <w:sz w:val="20"/>
        </w:rPr>
        <w:t>Property Address: _____________________________________________________</w:t>
      </w:r>
    </w:p>
    <w:p>
      <w:r>
        <w:rPr>
          <w:b w:val="0"/>
          <w:sz w:val="20"/>
        </w:rPr>
        <w:t>Lender Name (if applicable): ___________________________________________</w:t>
      </w:r>
    </w:p>
    <w:p>
      <w:r>
        <w:rPr>
          <w:b w:val="0"/>
          <w:sz w:val="20"/>
        </w:rPr>
        <w:t>Loan Number (if applicable): ___________________________________________</w:t>
      </w:r>
    </w:p>
    <w:p/>
    <w:p>
      <w:r>
        <w:rPr>
          <w:b/>
          <w:sz w:val="20"/>
        </w:rPr>
        <w:t>Gift Details:</w:t>
      </w:r>
    </w:p>
    <w:p>
      <w:r>
        <w:rPr>
          <w:b w:val="0"/>
          <w:sz w:val="20"/>
        </w:rPr>
        <w:t>I, the undersigned Donor, hereby certify that I am making a gift of funds to the Recipient for the purpose of providing a down payment on the property described above.</w:t>
      </w:r>
    </w:p>
    <w:p>
      <w:r>
        <w:rPr>
          <w:b w:val="0"/>
          <w:sz w:val="20"/>
        </w:rPr>
        <w:t>The amount of the gift is: $_________________________ (USD).</w:t>
      </w:r>
    </w:p>
    <w:p>
      <w:r>
        <w:rPr>
          <w:b w:val="0"/>
          <w:sz w:val="20"/>
        </w:rPr>
        <w:t>These funds are given freely and without any expectation of repayment or any form of compensation.</w:t>
      </w:r>
    </w:p>
    <w:p>
      <w:r>
        <w:rPr>
          <w:b w:val="0"/>
          <w:sz w:val="20"/>
        </w:rPr>
        <w:t>This gift represents a bona fide gift, and no part of this gift constitutes a loan or an obligation to repay.</w:t>
      </w:r>
    </w:p>
    <w:p>
      <w:r>
        <w:rPr>
          <w:b w:val="0"/>
          <w:sz w:val="20"/>
        </w:rPr>
        <w:t>The funds will be provided by: __________________________________________________</w:t>
      </w:r>
    </w:p>
    <w:p/>
    <w:p>
      <w:r>
        <w:rPr>
          <w:b/>
          <w:sz w:val="20"/>
        </w:rPr>
        <w:t>Source of Gift Funds:</w:t>
      </w:r>
    </w:p>
    <w:p>
      <w:r>
        <w:rPr>
          <w:b w:val="0"/>
          <w:sz w:val="20"/>
        </w:rPr>
        <w:t>The gift funds originate from the following source(s):</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0"/>
        </w:rPr>
        <w:t>Relationship of Donor to Recipient:</w:t>
      </w:r>
    </w:p>
    <w:p>
      <w:r>
        <w:rPr>
          <w:b w:val="0"/>
          <w:sz w:val="20"/>
        </w:rPr>
        <w:t>The Donor's relationship to the Recipient is: ________________________________</w:t>
      </w:r>
    </w:p>
    <w:p>
      <w:r>
        <w:rPr>
          <w:b w:val="0"/>
          <w:sz w:val="20"/>
        </w:rPr>
        <w:t>(e.g., parent, grandparent, sibling, relative, friend, other - specify)</w:t>
      </w:r>
    </w:p>
    <w:p/>
    <w:p>
      <w:r>
        <w:rPr>
          <w:b/>
          <w:sz w:val="20"/>
        </w:rPr>
        <w:t>Compliance Statement:</w:t>
      </w:r>
    </w:p>
    <w:p>
      <w:r>
        <w:rPr>
          <w:b w:val="0"/>
          <w:sz w:val="20"/>
        </w:rPr>
        <w:t>I affirm that these funds were not obtained through any illegal activity and that all information provided herein is true and accurate to the best of my knowledge.</w:t>
      </w:r>
    </w:p>
    <w:p>
      <w:r>
        <w:rPr>
          <w:b w:val="0"/>
          <w:sz w:val="20"/>
        </w:rPr>
        <w:t>I understand that this letter may be relied upon by the mortgage lender and other parties involved in the purchase of the property.</w:t>
      </w:r>
    </w:p>
    <w:p/>
    <w:p>
      <w:r>
        <w:rPr>
          <w:b/>
          <w:sz w:val="20"/>
        </w:rPr>
        <w:t>Acknowledgment of No Repayment:</w:t>
      </w:r>
    </w:p>
    <w:p>
      <w:r>
        <w:rPr>
          <w:b w:val="0"/>
          <w:sz w:val="20"/>
        </w:rPr>
        <w:t>I acknowledge that the Recipient is not obligated to repay this gift and that neither I nor any other person or entity will receive any financial or other benefit from the property purchase as a result of this gift.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GIFT DONOR</w:t>
            </w:r>
          </w:p>
        </w:tc>
        <w:tc>
          <w:tcPr>
            <w:tcW w:type="dxa" w:w="4986"/>
            <w:tcBorders>
              <w:top w:val="nil"/>
              <w:left w:val="nil"/>
              <w:bottom w:val="nil"/>
              <w:right w:val="nil"/>
              <w:insideH w:val="nil"/>
              <w:insideV w:val="nil"/>
            </w:tcBorders>
          </w:tcPr>
          <w:p>
            <w:pPr>
              <w:jc w:val="center"/>
            </w:pPr>
            <w:r>
              <w:t>GIFT RECIPIENT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t>Printed Name: _____________________________</w:t>
            </w:r>
          </w:p>
        </w:tc>
      </w:tr>
      <w:tr>
        <w:tc>
          <w:tcPr>
            <w:tcW w:type="dxa" w:w="4986"/>
            <w:tcBorders>
              <w:top w:val="nil"/>
              <w:left w:val="nil"/>
              <w:bottom w:val="nil"/>
              <w:right w:val="nil"/>
              <w:insideH w:val="nil"/>
              <w:insideV w:val="nil"/>
            </w:tcBorders>
          </w:tcPr>
          <w:p>
            <w:pPr>
              <w:jc w:val="center"/>
            </w:pPr>
            <w:r>
              <w:t>Date: _____________________________________</w:t>
            </w:r>
          </w:p>
        </w:tc>
        <w:tc>
          <w:tcPr>
            <w:tcW w:type="dxa" w:w="4986"/>
            <w:tcBorders>
              <w:top w:val="nil"/>
              <w:left w:val="nil"/>
              <w:bottom w:val="nil"/>
              <w:right w:val="nil"/>
              <w:insideH w:val="nil"/>
              <w:insideV w:val="nil"/>
            </w:tcBorders>
          </w:tcPr>
          <w:p>
            <w:pPr>
              <w:jc w:val="center"/>
            </w:pPr>
            <w:r>
              <w:t>Date: _____________________________________</w:t>
            </w:r>
          </w:p>
        </w:tc>
      </w:tr>
    </w:tbl>
    <w:p/>
    <w:p/>
    <w:p>
      <w:pPr>
        <w:jc w:val="center"/>
      </w:pPr>
      <w:r>
        <w:rPr>
          <w:b/>
          <w:sz w:val="20"/>
        </w:rPr>
        <w:t>NOTARY ACKNOWLEDGMENT</w:t>
      </w:r>
    </w:p>
    <w:p/>
    <w:p>
      <w:r>
        <w:rPr>
          <w:b w:val="0"/>
          <w:sz w:val="20"/>
        </w:rPr>
        <w:t>State of _______________________</w:t>
      </w:r>
    </w:p>
    <w:p>
      <w:r>
        <w:rPr>
          <w:b w:val="0"/>
          <w:sz w:val="20"/>
        </w:rPr>
        <w:t>County of _____________________</w:t>
      </w:r>
    </w:p>
    <w:p/>
    <w:p>
      <w:r>
        <w:rPr>
          <w:b w:val="0"/>
          <w:sz w:val="20"/>
        </w:rPr>
        <w:t>On this _______ day of ____________________, before me, the undersigned Notary Public, personally appeared the Gift Donor, proved to me through satisfactory evidence of identification to be the person whose name is signed above, and acknowledged that he/she executed this instrument for the purposes herein contained.</w:t>
      </w:r>
    </w:p>
    <w:p/>
    <w:p>
      <w:r>
        <w:rPr>
          <w:b w:val="0"/>
          <w:sz w:val="20"/>
        </w:rPr>
        <w:t>Witness my hand and official seal.</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Notary Signature: ___________________________________________</w:t>
            </w:r>
          </w:p>
        </w:tc>
      </w:tr>
      <w:tr>
        <w:tc>
          <w:tcPr>
            <w:tcW w:type="dxa" w:w="9972"/>
            <w:tcBorders>
              <w:top w:val="nil"/>
              <w:left w:val="nil"/>
              <w:bottom w:val="nil"/>
              <w:right w:val="nil"/>
              <w:insideH w:val="nil"/>
              <w:insideV w:val="nil"/>
            </w:tcBorders>
          </w:tcPr>
          <w:p>
            <w:pPr>
              <w:jc w:val="left"/>
            </w:pPr>
            <w:r>
              <w:t>Notary Printed Name: ________________________________________</w:t>
            </w:r>
          </w:p>
        </w:tc>
      </w:tr>
      <w:tr>
        <w:tc>
          <w:tcPr>
            <w:tcW w:type="dxa" w:w="9972"/>
            <w:tcBorders>
              <w:top w:val="nil"/>
              <w:left w:val="nil"/>
              <w:bottom w:val="nil"/>
              <w:right w:val="nil"/>
              <w:insideH w:val="nil"/>
              <w:insideV w:val="nil"/>
            </w:tcBorders>
          </w:tcPr>
          <w:p>
            <w:pPr>
              <w:jc w:val="left"/>
            </w:pPr>
            <w:r>
              <w:t>My Commission Expires: 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https://letterdocs-us.com/down-payment-gift-letter/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own-payment-gif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