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DONATION LETTER FOR NON-PROFIT ORGANIZATION</w:t>
      </w:r>
    </w:p>
    <w:p/>
    <w:p/>
    <w:p>
      <w:r>
        <w:rPr>
          <w:b/>
          <w:sz w:val="22"/>
        </w:rPr>
        <w:t>Organization Information:</w:t>
      </w:r>
    </w:p>
    <w:p>
      <w:r>
        <w:rPr>
          <w:b w:val="0"/>
          <w:sz w:val="20"/>
        </w:rPr>
        <w:t>Name: ___________________________________________________________</w:t>
      </w:r>
    </w:p>
    <w:p>
      <w:r>
        <w:rPr>
          <w:b w:val="0"/>
          <w:sz w:val="20"/>
        </w:rPr>
        <w:t>Address: _________________________________________________________</w:t>
      </w:r>
    </w:p>
    <w:p>
      <w:r>
        <w:rPr>
          <w:b w:val="0"/>
          <w:sz w:val="20"/>
        </w:rPr>
        <w:t>City, State, ZIP: 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r>
        <w:rPr>
          <w:b w:val="0"/>
          <w:sz w:val="20"/>
        </w:rPr>
        <w:t>EIN (Employer Identification Number): ____________________________</w:t>
      </w:r>
    </w:p>
    <w:p/>
    <w:p>
      <w:r>
        <w:rPr>
          <w:b/>
          <w:sz w:val="22"/>
        </w:rPr>
        <w:t>Donor Information:</w:t>
      </w:r>
    </w:p>
    <w:p>
      <w:r>
        <w:rPr>
          <w:b w:val="0"/>
          <w:sz w:val="20"/>
        </w:rPr>
        <w:t>Full Name or Organization: ________________________________________</w:t>
      </w:r>
    </w:p>
    <w:p>
      <w:r>
        <w:rPr>
          <w:b w:val="0"/>
          <w:sz w:val="20"/>
        </w:rPr>
        <w:t>Address: _________________________________________________________</w:t>
      </w:r>
    </w:p>
    <w:p>
      <w:r>
        <w:rPr>
          <w:b w:val="0"/>
          <w:sz w:val="20"/>
        </w:rPr>
        <w:t>City, State, ZIP: 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r>
        <w:rPr>
          <w:b/>
          <w:sz w:val="22"/>
        </w:rPr>
        <w:t>Donation Details:</w:t>
      </w:r>
    </w:p>
    <w:p>
      <w:r>
        <w:rPr>
          <w:b w:val="0"/>
          <w:sz w:val="20"/>
        </w:rPr>
        <w:t>Type of Donation (Cash, Check, Goods, Services, etc.): _______________</w:t>
      </w:r>
    </w:p>
    <w:p>
      <w:r>
        <w:rPr>
          <w:b w:val="0"/>
          <w:sz w:val="20"/>
        </w:rPr>
        <w:t>Description of Donation: ___________________________________________</w:t>
      </w:r>
    </w:p>
    <w:p>
      <w:r>
        <w:rPr>
          <w:b w:val="0"/>
          <w:sz w:val="20"/>
        </w:rPr>
        <w:t>Estimated Fair Market Value: _______________________________________</w:t>
      </w:r>
    </w:p>
    <w:p>
      <w:r>
        <w:rPr>
          <w:b w:val="0"/>
          <w:sz w:val="20"/>
        </w:rPr>
        <w:t>Purpose of Donation (if any): _______________________________________</w:t>
      </w:r>
    </w:p>
    <w:p/>
    <w:p>
      <w:r>
        <w:rPr>
          <w:b/>
          <w:sz w:val="20"/>
        </w:rPr>
        <w:t>Tax Exemption Status:</w:t>
      </w:r>
    </w:p>
    <w:p>
      <w:r>
        <w:rPr>
          <w:b w:val="0"/>
          <w:sz w:val="20"/>
        </w:rPr>
        <w:t>This organization is recognized by the Internal Revenue Service as a tax-exempt organization under Section 501(c)(3) of the Internal Revenue Code. No goods or services were provided in exchange for this donation, unless otherwise stated. The donor should consult their tax advisor regarding the deductibility of this contribution.</w:t>
      </w:r>
    </w:p>
    <w:p/>
    <w:p>
      <w:r>
        <w:rPr>
          <w:b/>
          <w:sz w:val="20"/>
        </w:rPr>
        <w:t>Acknowledgment of Donation:</w:t>
      </w:r>
    </w:p>
    <w:p>
      <w:r>
        <w:rPr>
          <w:b w:val="0"/>
          <w:sz w:val="20"/>
        </w:rPr>
        <w:t>We hereby acknowledge receipt of your generous donation described above. We are grateful for your support which furthers our charitable mission. This letter serves as written acknowledgment of your contribution for your records and tax purposes.</w:t>
      </w:r>
    </w:p>
    <w:p/>
    <w:p>
      <w:r>
        <w:rPr>
          <w:b/>
          <w:sz w:val="20"/>
        </w:rPr>
        <w:t>No Goods or Services Provided:</w:t>
      </w:r>
    </w:p>
    <w:p>
      <w:r>
        <w:rPr>
          <w:b w:val="0"/>
          <w:sz w:val="20"/>
        </w:rPr>
        <w:t>No goods or services were provided in exchange for this donation, except as follows (if applicable): ____________________________________________</w:t>
      </w:r>
    </w:p>
    <w:p/>
    <w:p>
      <w:r>
        <w:rPr>
          <w:b/>
          <w:sz w:val="20"/>
        </w:rPr>
        <w:t>Legal Compliance and Governing Law:</w:t>
      </w:r>
    </w:p>
    <w:p>
      <w:r>
        <w:rPr>
          <w:b w:val="0"/>
          <w:sz w:val="20"/>
        </w:rPr>
        <w:t>This donation letter complies with all applicable laws and regulations of the United States of America. Any disputes arising out of or relating to this donation shall be governed by and construed in accordance with the laws of the State in which the organization is located, without regard to conflict of law principles.</w:t>
      </w:r>
    </w:p>
    <w:p/>
    <w:p>
      <w:r>
        <w:rPr>
          <w:b/>
          <w:sz w:val="20"/>
        </w:rPr>
        <w:t>Indemnification and Liability Disclaimer:</w:t>
      </w:r>
    </w:p>
    <w:p>
      <w:r>
        <w:rPr>
          <w:b w:val="0"/>
          <w:sz w:val="20"/>
        </w:rPr>
        <w:t>The donor represents that the donated property is owned free and clear of any encumbrances and that the donor has full right and authority to make this donation. The organization assumes no liability for the condition, use, or disposition of the donated property. The donor agrees to indemnify and hold harmless the organization from any claims arising in connection with this donation.</w:t>
      </w:r>
    </w:p>
    <w:p/>
    <w:p>
      <w:r>
        <w:rPr>
          <w:b/>
          <w:sz w:val="20"/>
        </w:rPr>
        <w:t>Signature:</w:t>
      </w:r>
    </w:p>
    <w:p>
      <w:r>
        <w:rPr>
          <w:b w:val="0"/>
          <w:sz w:val="20"/>
        </w:rPr>
        <w:t>_______________________________          _______________________________</w:t>
      </w:r>
    </w:p>
    <w:p>
      <w:r>
        <w:rPr>
          <w:b w:val="0"/>
          <w:sz w:val="20"/>
        </w:rPr>
        <w:t>Donor’s Signature                             Date</w:t>
      </w:r>
    </w:p>
    <w:p/>
    <w:p/>
    <w:p>
      <w:r>
        <w:rPr>
          <w:b w:val="0"/>
          <w:sz w:val="20"/>
        </w:rPr>
        <w:t>_______________________________          _______________________________</w:t>
      </w:r>
    </w:p>
    <w:p>
      <w:r>
        <w:rPr>
          <w:b w:val="0"/>
          <w:sz w:val="20"/>
        </w:rPr>
        <w:t>Authorized Organization Representative       Date</w:t>
      </w:r>
    </w:p>
    <w:p/>
    <w:p/>
    <w:p>
      <w:r>
        <w:rPr>
          <w:b w:val="0"/>
          <w:sz w:val="20"/>
        </w:rPr>
        <w:t>For questions about this donation or to request additional documentation, please contact:</w:t>
      </w:r>
    </w:p>
    <w:p>
      <w:r>
        <w:rPr>
          <w:b w:val="0"/>
          <w:sz w:val="20"/>
        </w:rPr>
        <w:t>Name: ___________________________________________________________</w:t>
      </w:r>
    </w:p>
    <w:p>
      <w:r>
        <w:rPr>
          <w:b w:val="0"/>
          <w:sz w:val="20"/>
        </w:rPr>
        <w:t>Phone: ___________________________________________________________</w:t>
      </w:r>
    </w:p>
    <w:p>
      <w:r>
        <w:rPr>
          <w:b w:val="0"/>
          <w:sz w:val="20"/>
        </w:rPr>
        <w:t>Email: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 Signature</w:t>
            </w:r>
          </w:p>
        </w:tc>
        <w:tc>
          <w:tcPr>
            <w:tcW w:type="dxa" w:w="4986"/>
            <w:tcBorders>
              <w:top w:val="nil"/>
              <w:left w:val="nil"/>
              <w:bottom w:val="nil"/>
              <w:right w:val="nil"/>
              <w:insideH w:val="nil"/>
              <w:insideV w:val="nil"/>
            </w:tcBorders>
          </w:tcPr>
          <w:p>
            <w:pPr>
              <w:jc w:val="center"/>
            </w:pPr>
            <w:r>
              <w:t>Organization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https://letterdocs-us.com/donation-letter-for-non-profit/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donation-letter-for-non-profit/"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