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MEDICAL CERTIFICATE / DOCTOR'S LETTER</w:t>
      </w:r>
    </w:p>
    <w:p/>
    <w:p/>
    <w:p>
      <w:r>
        <w:rPr>
          <w:b/>
          <w:sz w:val="20"/>
        </w:rPr>
        <w:t>Doctor's Office Information:</w:t>
      </w:r>
    </w:p>
    <w:p>
      <w:r>
        <w:rPr>
          <w:b w:val="0"/>
          <w:sz w:val="20"/>
        </w:rPr>
        <w:t>Name: ____________________________________________________________</w:t>
      </w:r>
    </w:p>
    <w:p>
      <w:r>
        <w:rPr>
          <w:b w:val="0"/>
          <w:sz w:val="20"/>
        </w:rPr>
        <w:t>Address: __________________________________________________________</w:t>
      </w:r>
    </w:p>
    <w:p>
      <w:r>
        <w:rPr>
          <w:b w:val="0"/>
          <w:sz w:val="20"/>
        </w:rPr>
        <w:t>Phone: ____________________________________________________________</w:t>
      </w:r>
    </w:p>
    <w:p>
      <w:r>
        <w:rPr>
          <w:b w:val="0"/>
          <w:sz w:val="20"/>
        </w:rPr>
        <w:t>Fax: ______________________________________________________________</w:t>
      </w:r>
    </w:p>
    <w:p>
      <w:r>
        <w:rPr>
          <w:b w:val="0"/>
          <w:sz w:val="20"/>
        </w:rPr>
        <w:t>Email: ____________________________________________________________</w:t>
      </w:r>
    </w:p>
    <w:p/>
    <w:p>
      <w:r>
        <w:rPr>
          <w:b/>
          <w:sz w:val="20"/>
        </w:rPr>
        <w:t>Attending Physician:</w:t>
      </w:r>
    </w:p>
    <w:p>
      <w:r>
        <w:rPr>
          <w:b w:val="0"/>
          <w:sz w:val="20"/>
        </w:rPr>
        <w:t>Full Name: _______________________________________________________</w:t>
      </w:r>
    </w:p>
    <w:p>
      <w:r>
        <w:rPr>
          <w:b w:val="0"/>
          <w:sz w:val="20"/>
        </w:rPr>
        <w:t>Medical License No.: ______________________________________________</w:t>
      </w:r>
    </w:p>
    <w:p>
      <w:r>
        <w:rPr>
          <w:b w:val="0"/>
          <w:sz w:val="20"/>
        </w:rPr>
        <w:t>Specialty: _______________________________________________________</w:t>
      </w:r>
    </w:p>
    <w:p>
      <w:r>
        <w:rPr>
          <w:b w:val="0"/>
          <w:sz w:val="20"/>
        </w:rPr>
        <w:t>Contact Number: _________________________________________________</w:t>
      </w:r>
    </w:p>
    <w:p/>
    <w:p>
      <w:r>
        <w:rPr>
          <w:b/>
          <w:sz w:val="20"/>
        </w:rPr>
        <w:t>Patient Information:</w:t>
      </w:r>
    </w:p>
    <w:p>
      <w:r>
        <w:rPr>
          <w:b w:val="0"/>
          <w:sz w:val="20"/>
        </w:rPr>
        <w:t>Full Name: _______________________________________________________</w:t>
      </w:r>
    </w:p>
    <w:p>
      <w:r>
        <w:rPr>
          <w:b w:val="0"/>
          <w:sz w:val="20"/>
        </w:rPr>
        <w:t>Date of Birth: ___________________________________________________</w:t>
      </w:r>
    </w:p>
    <w:p>
      <w:r>
        <w:rPr>
          <w:b w:val="0"/>
          <w:sz w:val="20"/>
        </w:rPr>
        <w:t>Address: _________________________________________________________</w:t>
      </w:r>
    </w:p>
    <w:p>
      <w:r>
        <w:rPr>
          <w:b w:val="0"/>
          <w:sz w:val="20"/>
        </w:rPr>
        <w:t>Phone Number: ___________________________________________________</w:t>
      </w:r>
    </w:p>
    <w:p/>
    <w:p>
      <w:r>
        <w:rPr>
          <w:b/>
          <w:sz w:val="20"/>
        </w:rPr>
        <w:t>Medical Evaluation:</w:t>
      </w:r>
    </w:p>
    <w:p/>
    <w:p>
      <w:r>
        <w:rPr>
          <w:b/>
          <w:sz w:val="20"/>
        </w:rPr>
        <w:t>Diagnosis / Medical Condition:</w:t>
      </w:r>
    </w:p>
    <w:p>
      <w:r>
        <w:rPr>
          <w:b w:val="0"/>
          <w:sz w:val="20"/>
        </w:rPr>
        <w:t>________________________________________________________________________</w:t>
      </w:r>
    </w:p>
    <w:p>
      <w:r>
        <w:rPr>
          <w:b w:val="0"/>
          <w:sz w:val="20"/>
        </w:rPr>
        <w:t>________________________________________________________________________</w:t>
      </w:r>
    </w:p>
    <w:p>
      <w:r>
        <w:rPr>
          <w:b w:val="0"/>
          <w:sz w:val="20"/>
        </w:rPr>
        <w:t>________________________________________________________________________</w:t>
      </w:r>
    </w:p>
    <w:p/>
    <w:p>
      <w:r>
        <w:rPr>
          <w:b/>
          <w:sz w:val="20"/>
        </w:rPr>
        <w:t>Clinical Findings:</w:t>
      </w:r>
    </w:p>
    <w:p>
      <w:r>
        <w:rPr>
          <w:b w:val="0"/>
          <w:sz w:val="20"/>
        </w:rPr>
        <w:t>________________________________________________________________________</w:t>
      </w:r>
    </w:p>
    <w:p>
      <w:r>
        <w:rPr>
          <w:b w:val="0"/>
          <w:sz w:val="20"/>
        </w:rPr>
        <w:t>________________________________________________________________________</w:t>
      </w:r>
    </w:p>
    <w:p>
      <w:r>
        <w:rPr>
          <w:b w:val="0"/>
          <w:sz w:val="20"/>
        </w:rPr>
        <w:t>________________________________________________________________________</w:t>
      </w:r>
    </w:p>
    <w:p/>
    <w:p>
      <w:r>
        <w:rPr>
          <w:b/>
          <w:sz w:val="20"/>
        </w:rPr>
        <w:t>Treatment Provided / Recommendations:</w:t>
      </w:r>
    </w:p>
    <w:p>
      <w:r>
        <w:rPr>
          <w:b w:val="0"/>
          <w:sz w:val="20"/>
        </w:rPr>
        <w:t>________________________________________________________________________</w:t>
      </w:r>
    </w:p>
    <w:p>
      <w:r>
        <w:rPr>
          <w:b w:val="0"/>
          <w:sz w:val="20"/>
        </w:rPr>
        <w:t>________________________________________________________________________</w:t>
      </w:r>
    </w:p>
    <w:p>
      <w:r>
        <w:rPr>
          <w:b w:val="0"/>
          <w:sz w:val="20"/>
        </w:rPr>
        <w:t>________________________________________________________________________</w:t>
      </w:r>
    </w:p>
    <w:p/>
    <w:p>
      <w:r>
        <w:rPr>
          <w:b/>
          <w:sz w:val="20"/>
        </w:rPr>
        <w:t>Functional Limitations / Restrictions (if any):</w:t>
      </w:r>
    </w:p>
    <w:p>
      <w:r>
        <w:rPr>
          <w:b w:val="0"/>
          <w:sz w:val="20"/>
        </w:rPr>
        <w:t>________________________________________________________________________</w:t>
      </w:r>
    </w:p>
    <w:p>
      <w:r>
        <w:rPr>
          <w:b w:val="0"/>
          <w:sz w:val="20"/>
        </w:rPr>
        <w:t>________________________________________________________________________</w:t>
      </w:r>
    </w:p>
    <w:p>
      <w:r>
        <w:rPr>
          <w:b w:val="0"/>
          <w:sz w:val="20"/>
        </w:rPr>
        <w:t>________________________________________________________________________</w:t>
      </w:r>
    </w:p>
    <w:p/>
    <w:p>
      <w:r>
        <w:rPr>
          <w:b/>
          <w:sz w:val="20"/>
        </w:rPr>
        <w:t>Work / Activity Status:</w:t>
      </w:r>
    </w:p>
    <w:p>
      <w:r>
        <w:rPr>
          <w:b w:val="0"/>
          <w:sz w:val="20"/>
        </w:rPr>
        <w:t>The patient is currently: ___________________________________________</w:t>
      </w:r>
    </w:p>
    <w:p>
      <w:r>
        <w:rPr>
          <w:b w:val="0"/>
          <w:sz w:val="20"/>
        </w:rPr>
        <w:t>- Able to perform regular duties without restrictions.</w:t>
      </w:r>
    </w:p>
    <w:p>
      <w:r>
        <w:rPr>
          <w:b w:val="0"/>
          <w:sz w:val="20"/>
        </w:rPr>
        <w:t>- Able to perform regular duties with the following restrictions:</w:t>
      </w:r>
    </w:p>
    <w:p>
      <w:r>
        <w:rPr>
          <w:b w:val="0"/>
          <w:sz w:val="20"/>
        </w:rPr>
        <w:t xml:space="preserve">  ____________________________________________________________________</w:t>
      </w:r>
    </w:p>
    <w:p>
      <w:r>
        <w:rPr>
          <w:b w:val="0"/>
          <w:sz w:val="20"/>
        </w:rPr>
        <w:t>- Unable to perform regular duties from ______________ to _____________.</w:t>
      </w:r>
    </w:p>
    <w:p>
      <w:r>
        <w:rPr>
          <w:b w:val="0"/>
          <w:sz w:val="20"/>
        </w:rPr>
        <w:t xml:space="preserve">  Reason: ____________________________________________________________</w:t>
      </w:r>
    </w:p>
    <w:p/>
    <w:p>
      <w:r>
        <w:rPr>
          <w:b/>
          <w:sz w:val="20"/>
        </w:rPr>
        <w:t>Follow-up Appointment:</w:t>
      </w:r>
    </w:p>
    <w:p>
      <w:r>
        <w:rPr>
          <w:b w:val="0"/>
          <w:sz w:val="20"/>
        </w:rPr>
        <w:t>Suggested date and time for follow-up: _______________________________</w:t>
      </w:r>
    </w:p>
    <w:p/>
    <w:p>
      <w:r>
        <w:rPr>
          <w:b/>
          <w:sz w:val="20"/>
        </w:rPr>
        <w:t>Confidentiality and Legal Notice:</w:t>
      </w:r>
    </w:p>
    <w:p>
      <w:r>
        <w:rPr>
          <w:b w:val="0"/>
          <w:sz w:val="20"/>
        </w:rPr>
        <w:t>This medical certificate contains confidential information intended solely for the use of the patient and authorized parties. It is issued based on the medical evaluation conducted and is compliant with applicable United States laws and regulations. Any unauthorized use, disclosure, or reproduction is prohibited and may be unlawful.</w:t>
      </w:r>
    </w:p>
    <w:p/>
    <w:p/>
    <w:p>
      <w:r>
        <w:rPr>
          <w:b w:val="0"/>
          <w:sz w:val="20"/>
        </w:rPr>
        <w:t>Place of Issue: _____________________________________________</w:t>
      </w:r>
    </w:p>
    <w:p>
      <w:r>
        <w:rPr>
          <w:b w:val="0"/>
          <w:sz w:val="20"/>
        </w:rPr>
        <w:t>Physician's Signature: ________________________________________</w:t>
      </w:r>
    </w:p>
    <w:p>
      <w:r>
        <w:rPr>
          <w:b w:val="0"/>
          <w:sz w:val="20"/>
        </w:rPr>
        <w:t>Date: ________________________________________________________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Physician</w:t>
            </w:r>
          </w:p>
        </w:tc>
        <w:tc>
          <w:tcPr>
            <w:tcW w:type="dxa" w:w="4986"/>
            <w:tcBorders>
              <w:top w:val="nil"/>
              <w:left w:val="nil"/>
              <w:bottom w:val="nil"/>
              <w:right w:val="nil"/>
              <w:insideH w:val="nil"/>
              <w:insideV w:val="nil"/>
            </w:tcBorders>
          </w:tcPr>
          <w:p>
            <w:pPr>
              <w:jc w:val="center"/>
            </w:pPr>
            <w:r>
              <w:t>Patient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https://letterdocs-us.com/doctors-letter/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doctors-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