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SENDER NAME</w:t>
      </w:r>
    </w:p>
    <w:p>
      <w:r>
        <w:rPr>
          <w:b w:val="0"/>
          <w:sz w:val="20"/>
        </w:rPr>
        <w:t>Sender Company Name</w:t>
      </w:r>
    </w:p>
    <w:p>
      <w:r>
        <w:rPr>
          <w:b w:val="0"/>
          <w:sz w:val="20"/>
        </w:rPr>
        <w:t>Street Address</w:t>
      </w:r>
    </w:p>
    <w:p>
      <w:r>
        <w:rPr>
          <w:b w:val="0"/>
          <w:sz w:val="20"/>
        </w:rPr>
        <w:t>City, State ZIP Code</w:t>
      </w:r>
    </w:p>
    <w:p>
      <w:r>
        <w:rPr>
          <w:b w:val="0"/>
          <w:sz w:val="20"/>
        </w:rPr>
        <w:t>Phone: (___) ___-____</w:t>
      </w:r>
    </w:p>
    <w:p>
      <w:r>
        <w:rPr>
          <w:b w:val="0"/>
          <w:sz w:val="20"/>
        </w:rPr>
        <w:t>Email: sender@example.com</w:t>
      </w:r>
    </w:p>
    <w:p/>
    <w:p/>
    <w:p>
      <w:r>
        <w:rPr>
          <w:b/>
          <w:sz w:val="20"/>
        </w:rPr>
        <w:t>RECIPIENT NAME</w:t>
      </w:r>
    </w:p>
    <w:p>
      <w:r>
        <w:rPr>
          <w:b w:val="0"/>
          <w:sz w:val="20"/>
        </w:rPr>
        <w:t>Recipient Company Name / Title</w:t>
      </w:r>
    </w:p>
    <w:p>
      <w:r>
        <w:rPr>
          <w:b w:val="0"/>
          <w:sz w:val="20"/>
        </w:rPr>
        <w:t>Street Address</w:t>
      </w:r>
    </w:p>
    <w:p>
      <w:r>
        <w:rPr>
          <w:b w:val="0"/>
          <w:sz w:val="20"/>
        </w:rPr>
        <w:t>City, State ZIP Code</w:t>
      </w:r>
    </w:p>
    <w:p/>
    <w:p/>
    <w:p>
      <w:r>
        <w:rPr>
          <w:b/>
          <w:sz w:val="20"/>
        </w:rPr>
        <w:t>Subject: Exclusive Offer Just for You</w:t>
      </w:r>
    </w:p>
    <w:p/>
    <w:p/>
    <w:p>
      <w:r>
        <w:rPr>
          <w:b w:val="0"/>
          <w:sz w:val="20"/>
        </w:rPr>
        <w:t>Dear Valued Customer,</w:t>
      </w:r>
    </w:p>
    <w:p/>
    <w:p>
      <w:r>
        <w:rPr>
          <w:b w:val="0"/>
          <w:sz w:val="20"/>
        </w:rPr>
        <w:t>We are reaching out to introduce an exclusive opportunity tailored specifically for you. At [Company Name], we are dedicated to providing exceptional products and services that meet your unique needs and exceed your expectations.</w:t>
      </w:r>
    </w:p>
    <w:p/>
    <w:p>
      <w:r>
        <w:rPr>
          <w:b w:val="0"/>
          <w:sz w:val="20"/>
        </w:rPr>
        <w:t>Our latest offer includes [brief description of product or service], available at a special rate for a limited time. This opportunity allows you to benefit from [highlight key advantages, features, or benefits].</w:t>
      </w:r>
    </w:p>
    <w:p/>
    <w:p>
      <w:r>
        <w:rPr>
          <w:b w:val="0"/>
          <w:sz w:val="20"/>
        </w:rPr>
        <w:t>Join thousands of satisfied customers who have experienced outstanding results with our solutions. Here is what some of them have to say:</w:t>
      </w:r>
    </w:p>
    <w:p/>
    <w:p>
      <w:r>
        <w:rPr>
          <w:b/>
          <w:sz w:val="20"/>
        </w:rPr>
        <w:t>"[Testimonial 1: brief quote from a satisfied customer]"</w:t>
      </w:r>
    </w:p>
    <w:p>
      <w:r>
        <w:rPr>
          <w:b w:val="0"/>
          <w:sz w:val="20"/>
        </w:rPr>
        <w:t>- Customer Name, City, State</w:t>
      </w:r>
    </w:p>
    <w:p/>
    <w:p>
      <w:r>
        <w:rPr>
          <w:b/>
          <w:sz w:val="20"/>
        </w:rPr>
        <w:t>"[Testimonial 2: brief quote from another satisfied customer]"</w:t>
      </w:r>
    </w:p>
    <w:p>
      <w:r>
        <w:rPr>
          <w:b w:val="0"/>
          <w:sz w:val="20"/>
        </w:rPr>
        <w:t>- Customer Name, City, State</w:t>
      </w:r>
    </w:p>
    <w:p/>
    <w:p>
      <w:r>
        <w:rPr>
          <w:b w:val="0"/>
          <w:sz w:val="20"/>
        </w:rPr>
        <w:t>To take advantage of this exclusive offer, please contact our sales team at (___) ___-____ or email us at sales@example.com. We are here to answer any questions and assist you every step of the way.</w:t>
      </w:r>
    </w:p>
    <w:p/>
    <w:p>
      <w:r>
        <w:rPr>
          <w:b w:val="0"/>
          <w:sz w:val="20"/>
        </w:rPr>
        <w:t>This offer is valid for a limited period only and subject to availability. Act now to secure your benefits and elevate your experience with [Company Name].</w:t>
      </w:r>
    </w:p>
    <w:p/>
    <w:p/>
    <w:p>
      <w:r>
        <w:rPr>
          <w:b w:val="0"/>
          <w:sz w:val="20"/>
        </w:rPr>
        <w:t>Thank you for your time and consideration. We look forward to serving you and building a lasting relationship.</w:t>
      </w:r>
    </w:p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/>
          <w:sz w:val="20"/>
        </w:rPr>
        <w:t>Authorized Representative Name</w:t>
      </w:r>
    </w:p>
    <w:p>
      <w:r>
        <w:rPr>
          <w:b w:val="0"/>
          <w:sz w:val="20"/>
        </w:rPr>
        <w:t>Title</w:t>
      </w:r>
    </w:p>
    <w:p>
      <w:r>
        <w:rPr>
          <w:b w:val="0"/>
          <w:sz w:val="20"/>
        </w:rPr>
        <w:t>[Company Name]</w:t>
      </w:r>
    </w:p>
    <w:p/>
    <w:p/>
    <w:p>
      <w:r>
        <w:rPr>
          <w:b/>
          <w:sz w:val="20"/>
        </w:rPr>
        <w:t>P.S. As a special bonus, mention this letter to receive an additional discount on your first purchase!</w:t>
      </w:r>
    </w:p>
    <w:p/>
    <w:p/>
    <w:p>
      <w:r>
        <w:rPr>
          <w:sz w:val="14"/>
        </w:rPr>
        <w:t>This communication is intended for the named recipient only and may contain confidential information. Offers are subject to terms and conditions and may be withdrawn without prior notice. Please consult a legal advisor for contractual matters. [Company Name] complies with all applicable United States federal and state laws.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https://letterdocs-us.com/direct-mail-letter/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direct-mail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