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DEPOSIT LETTER AGREEMENT</w:t>
      </w:r>
    </w:p>
    <w:p/>
    <w:p>
      <w:r>
        <w:rPr>
          <w:b/>
          <w:sz w:val="20"/>
        </w:rPr>
        <w:t>This Deposit Letter Agreement (the “Agreement”) is entered into by and between:</w:t>
      </w:r>
    </w:p>
    <w:p/>
    <w:p>
      <w:r>
        <w:rPr>
          <w:b/>
          <w:sz w:val="20"/>
        </w:rPr>
        <w:t>Depositor:</w:t>
      </w:r>
    </w:p>
    <w:p>
      <w:r>
        <w:rPr>
          <w:b w:val="0"/>
          <w:sz w:val="20"/>
        </w:rPr>
        <w:t>Full Name: ____________________________________________________________</w:t>
      </w:r>
    </w:p>
    <w:p>
      <w:r>
        <w:rPr>
          <w:b w:val="0"/>
          <w:sz w:val="20"/>
        </w:rPr>
        <w:t>Address: _____________________________________________________________</w:t>
      </w:r>
    </w:p>
    <w:p>
      <w:r>
        <w:rPr>
          <w:b w:val="0"/>
          <w:sz w:val="20"/>
        </w:rPr>
        <w:t>Phone: _______________________________________________________________</w:t>
      </w:r>
    </w:p>
    <w:p>
      <w:r>
        <w:rPr>
          <w:b w:val="0"/>
          <w:sz w:val="20"/>
        </w:rPr>
        <w:t>Email: _______________________________________________________________</w:t>
      </w:r>
    </w:p>
    <w:p/>
    <w:p>
      <w:r>
        <w:rPr>
          <w:b/>
          <w:sz w:val="20"/>
        </w:rPr>
        <w:t>Recipient:</w:t>
      </w:r>
    </w:p>
    <w:p>
      <w:r>
        <w:rPr>
          <w:b w:val="0"/>
          <w:sz w:val="20"/>
        </w:rPr>
        <w:t>Full Name / Company Name: ____________________________________________</w:t>
      </w:r>
    </w:p>
    <w:p>
      <w:r>
        <w:rPr>
          <w:b w:val="0"/>
          <w:sz w:val="20"/>
        </w:rPr>
        <w:t>Address: _____________________________________________________________</w:t>
      </w:r>
    </w:p>
    <w:p>
      <w:r>
        <w:rPr>
          <w:b w:val="0"/>
          <w:sz w:val="20"/>
        </w:rPr>
        <w:t>Phone: _______________________________________________________________</w:t>
      </w:r>
    </w:p>
    <w:p>
      <w:r>
        <w:rPr>
          <w:b w:val="0"/>
          <w:sz w:val="20"/>
        </w:rPr>
        <w:t>Email: _______________________________________________________________</w:t>
      </w:r>
    </w:p>
    <w:p/>
    <w:p>
      <w:r>
        <w:rPr>
          <w:b/>
          <w:sz w:val="20"/>
        </w:rPr>
        <w:t>Deposit Details:</w:t>
      </w:r>
    </w:p>
    <w:p>
      <w:r>
        <w:rPr>
          <w:b w:val="0"/>
          <w:sz w:val="20"/>
        </w:rPr>
        <w:t>Deposit Amount: $_________________ USD</w:t>
      </w:r>
    </w:p>
    <w:p>
      <w:r>
        <w:rPr>
          <w:b w:val="0"/>
          <w:sz w:val="20"/>
        </w:rPr>
        <w:t>Deposit Purpose: _____________________________________________________</w:t>
      </w:r>
    </w:p>
    <w:p>
      <w:r>
        <w:rPr>
          <w:b w:val="0"/>
          <w:sz w:val="20"/>
        </w:rPr>
        <w:t>Reference (if any): __________________________________________________</w:t>
      </w:r>
    </w:p>
    <w:p/>
    <w:p>
      <w:r>
        <w:rPr>
          <w:b/>
          <w:sz w:val="20"/>
        </w:rPr>
        <w:t>Payment Instructions:</w:t>
      </w:r>
    </w:p>
    <w:p>
      <w:r>
        <w:rPr>
          <w:b w:val="0"/>
          <w:sz w:val="20"/>
        </w:rPr>
        <w:t>The Depositor shall deliver the Deposit Amount to the Recipient by the agreed payment method, which may include wire transfer, check, cash, or other mutually agreed means.</w:t>
      </w:r>
    </w:p>
    <w:p>
      <w:r>
        <w:rPr>
          <w:b w:val="0"/>
          <w:sz w:val="20"/>
        </w:rPr>
        <w:t>Payment shall be made to the following account or address:</w:t>
      </w:r>
    </w:p>
    <w:p>
      <w:r>
        <w:rPr>
          <w:b w:val="0"/>
          <w:sz w:val="20"/>
        </w:rPr>
        <w:t>Bank Name / Payee: _________________________________________________</w:t>
      </w:r>
    </w:p>
    <w:p>
      <w:r>
        <w:rPr>
          <w:b w:val="0"/>
          <w:sz w:val="20"/>
        </w:rPr>
        <w:t>Account Number: ____________________________________________________</w:t>
      </w:r>
    </w:p>
    <w:p>
      <w:r>
        <w:rPr>
          <w:b w:val="0"/>
          <w:sz w:val="20"/>
        </w:rPr>
        <w:t>Routing Number / SWIFT Code: _______________________________________</w:t>
      </w:r>
    </w:p>
    <w:p>
      <w:r>
        <w:rPr>
          <w:b w:val="0"/>
          <w:sz w:val="20"/>
        </w:rPr>
        <w:t>Other Details: ______________________________________________________</w:t>
      </w:r>
    </w:p>
    <w:p/>
    <w:p>
      <w:r>
        <w:rPr>
          <w:b/>
          <w:sz w:val="20"/>
        </w:rPr>
        <w:t>Terms and Conditions:</w:t>
      </w:r>
    </w:p>
    <w:p>
      <w:r>
        <w:rPr>
          <w:b w:val="0"/>
          <w:sz w:val="20"/>
        </w:rPr>
        <w:t>1. Purpose of Deposit</w:t>
      </w:r>
    </w:p>
    <w:p>
      <w:r>
        <w:rPr>
          <w:b w:val="0"/>
          <w:sz w:val="20"/>
        </w:rPr>
        <w:t>The Deposit Amount is provided to secure the performance and obligations of the Depositor under the related transaction or agreement, as specified herein or in any referenced documents.</w:t>
      </w:r>
    </w:p>
    <w:p/>
    <w:p>
      <w:r>
        <w:rPr>
          <w:b w:val="0"/>
          <w:sz w:val="20"/>
        </w:rPr>
        <w:t>2. Handling of Deposit</w:t>
      </w:r>
    </w:p>
    <w:p>
      <w:r>
        <w:rPr>
          <w:b w:val="0"/>
          <w:sz w:val="20"/>
        </w:rPr>
        <w:t>The Recipient agrees to hold the Deposit Amount in a fiduciary capacity and to apply or return the Deposit Amount in accordance with the terms of this Agreement and any underlying contract.</w:t>
      </w:r>
    </w:p>
    <w:p/>
    <w:p>
      <w:r>
        <w:rPr>
          <w:b w:val="0"/>
          <w:sz w:val="20"/>
        </w:rPr>
        <w:t>3. Refund and Forfeiture</w:t>
      </w:r>
    </w:p>
    <w:p>
      <w:r>
        <w:rPr>
          <w:b w:val="0"/>
          <w:sz w:val="20"/>
        </w:rPr>
        <w:t>The Deposit Amount shall be refundable to the Depositor upon fulfillment of the agreed conditions unless otherwise stated.</w:t>
      </w:r>
    </w:p>
    <w:p>
      <w:r>
        <w:rPr>
          <w:b w:val="0"/>
          <w:sz w:val="20"/>
        </w:rPr>
        <w:t>The Deposit may be forfeited in whole or in part under the following circumstances:</w:t>
      </w:r>
    </w:p>
    <w:p>
      <w:r>
        <w:rPr>
          <w:b w:val="0"/>
          <w:sz w:val="20"/>
        </w:rPr>
        <w:t>- Failure of the Depositor to perform obligations under the underlying agreement;</w:t>
      </w:r>
    </w:p>
    <w:p>
      <w:r>
        <w:rPr>
          <w:b w:val="0"/>
          <w:sz w:val="20"/>
        </w:rPr>
        <w:t>- Cancellation of the transaction by the Depositor without cause;</w:t>
      </w:r>
    </w:p>
    <w:p>
      <w:r>
        <w:rPr>
          <w:b w:val="0"/>
          <w:sz w:val="20"/>
        </w:rPr>
        <w:t>- Any other condition explicitly agreed upon in writing by the parties.</w:t>
      </w:r>
    </w:p>
    <w:p/>
    <w:p>
      <w:r>
        <w:rPr>
          <w:b w:val="0"/>
          <w:sz w:val="20"/>
        </w:rPr>
        <w:t>4. No Interest</w:t>
      </w:r>
    </w:p>
    <w:p>
      <w:r>
        <w:rPr>
          <w:b w:val="0"/>
          <w:sz w:val="20"/>
        </w:rPr>
        <w:t>Unless agreed otherwise in writing, the Deposit Amount shall not bear interest while held by the Recipient.</w:t>
      </w:r>
    </w:p>
    <w:p/>
    <w:p>
      <w:r>
        <w:rPr>
          <w:b w:val="0"/>
          <w:sz w:val="20"/>
        </w:rPr>
        <w:t>5. Termination</w:t>
      </w:r>
    </w:p>
    <w:p>
      <w:r>
        <w:rPr>
          <w:b w:val="0"/>
          <w:sz w:val="20"/>
        </w:rPr>
        <w:t>This Agreement shall terminate upon the return of the Deposit Amount or its application per the terms hereof and the underlying agreement.</w:t>
      </w:r>
    </w:p>
    <w:p/>
    <w:p>
      <w:r>
        <w:rPr>
          <w:b w:val="0"/>
          <w:sz w:val="20"/>
        </w:rPr>
        <w:t>6. Representations and Warranties</w:t>
      </w:r>
    </w:p>
    <w:p>
      <w:r>
        <w:rPr>
          <w:b w:val="0"/>
          <w:sz w:val="20"/>
        </w:rPr>
        <w:t>Each party represents and warrants that it has the full power and authority to enter into and perform this Agreement.</w:t>
      </w:r>
    </w:p>
    <w:p/>
    <w:p>
      <w:r>
        <w:rPr>
          <w:b w:val="0"/>
          <w:sz w:val="20"/>
        </w:rPr>
        <w:t>7. Governing Law and Jurisdiction</w:t>
      </w:r>
    </w:p>
    <w:p>
      <w:r>
        <w:rPr>
          <w:b w:val="0"/>
          <w:sz w:val="20"/>
        </w:rPr>
        <w:t>This Agreement shall be governed by and construed in accordance with the laws of the United States of America and the state of ___________________.</w:t>
      </w:r>
    </w:p>
    <w:p>
      <w:r>
        <w:rPr>
          <w:b w:val="0"/>
          <w:sz w:val="20"/>
        </w:rPr>
        <w:t>Any dispute arising out of or relating to this Agreement shall be submitted to the exclusive jurisdiction of the courts located within said state.</w:t>
      </w:r>
    </w:p>
    <w:p/>
    <w:p>
      <w:r>
        <w:rPr>
          <w:b w:val="0"/>
          <w:sz w:val="20"/>
        </w:rPr>
        <w:t>8. Entire Agreement</w:t>
      </w:r>
    </w:p>
    <w:p>
      <w:r>
        <w:rPr>
          <w:b w:val="0"/>
          <w:sz w:val="20"/>
        </w:rPr>
        <w:t>This Agreement constitutes the entire agreement between the parties concerning the Deposit and supersedes all prior agreements, understandings, and negotiations.</w:t>
      </w:r>
    </w:p>
    <w:p/>
    <w:p>
      <w:r>
        <w:rPr>
          <w:b w:val="0"/>
          <w:sz w:val="20"/>
        </w:rPr>
        <w:t>9. Amendments</w:t>
      </w:r>
    </w:p>
    <w:p>
      <w:r>
        <w:rPr>
          <w:b w:val="0"/>
          <w:sz w:val="20"/>
        </w:rPr>
        <w:t>Any amendments or modifications to this Agreement must be made in writing and signed by both parties.</w:t>
      </w:r>
    </w:p>
    <w:p/>
    <w:p>
      <w:r>
        <w:rPr>
          <w:b w:val="0"/>
          <w:sz w:val="20"/>
        </w:rPr>
        <w:t>10. Notices</w:t>
      </w:r>
    </w:p>
    <w:p>
      <w:r>
        <w:rPr>
          <w:b w:val="0"/>
          <w:sz w:val="20"/>
        </w:rPr>
        <w:t>Any notices or communications required or permitted under this Agreement shall be in writing and delivered to the addresses specified above or such other addresses as may be provided in writing.</w:t>
      </w:r>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DEPOSITOR</w:t>
            </w:r>
          </w:p>
        </w:tc>
        <w:tc>
          <w:tcPr>
            <w:tcW w:type="dxa" w:w="4986"/>
            <w:tcBorders>
              <w:top w:val="nil"/>
              <w:left w:val="nil"/>
              <w:bottom w:val="nil"/>
              <w:right w:val="nil"/>
              <w:insideH w:val="nil"/>
              <w:insideV w:val="nil"/>
            </w:tcBorders>
          </w:tcPr>
          <w:p>
            <w:pPr>
              <w:jc w:val="center"/>
            </w:pPr>
            <w:r>
              <w:t>RECIPIENT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p>
            <w:pPr>
              <w:jc w:val="center"/>
            </w:pPr>
            <w:r>
              <w:t>Title/Position (if applicable): ___________________________</w:t>
            </w:r>
          </w:p>
        </w:tc>
        <w:tc>
          <w:tcPr>
            <w:tcW w:type="dxa" w:w="4986"/>
            <w:tcBorders>
              <w:top w:val="nil"/>
              <w:left w:val="nil"/>
              <w:bottom w:val="nil"/>
              <w:right w:val="nil"/>
              <w:insideH w:val="nil"/>
              <w:insideV w:val="nil"/>
            </w:tcBorders>
          </w:tcPr>
          <w:p>
            <w:pPr>
              <w:jc w:val="center"/>
            </w:pPr>
            <w:r>
              <w:t>Name: ________________________________</w:t>
            </w:r>
          </w:p>
          <w:p>
            <w:pPr>
              <w:jc w:val="center"/>
            </w:pPr>
            <w:r>
              <w:t>Title/Position (if applicable): 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https://letterdocs-us.com/deposit-letter/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https://letterdocs-us.com</w:t>
        </w:r>
      </w:hyperlink>
    </w:p>
    <w:p>
      <w:pPr>
        <w:jc w:val="center"/>
      </w:pPr>
      <w:r>
        <w:rPr>
          <w:color w:val="808080"/>
          <w:sz w:val="20"/>
        </w:rPr>
        <w:t>This template is intended exclusively for personal, non-commercial use.</w:t>
        <w:br/>
        <w:t>If distributed or published, the source must be mentioned. © letterdocs-us.com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docs-us.com/deposit-letter/" TargetMode="External"/><Relationship Id="rId10" Type="http://schemas.openxmlformats.org/officeDocument/2006/relationships/hyperlink" Target="https://letter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