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DEMAND LETTER FOR PAYMENT</w:t>
      </w:r>
    </w:p>
    <w:p/>
    <w:p/>
    <w:p>
      <w:r>
        <w:rPr>
          <w:b/>
          <w:sz w:val="20"/>
        </w:rPr>
        <w:t>Sender Information:</w:t>
      </w:r>
    </w:p>
    <w:p>
      <w:r>
        <w:rPr>
          <w:b w:val="0"/>
          <w:sz w:val="20"/>
        </w:rPr>
        <w:t>Name: ________________________________________________________________</w:t>
      </w:r>
    </w:p>
    <w:p>
      <w:r>
        <w:rPr>
          <w:b w:val="0"/>
          <w:sz w:val="20"/>
        </w:rPr>
        <w:t>Company (if applicable): 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Recipient Information:</w:t>
      </w:r>
    </w:p>
    <w:p>
      <w:r>
        <w:rPr>
          <w:b w:val="0"/>
          <w:sz w:val="20"/>
        </w:rPr>
        <w:t>Name: ________________________________________________________________</w:t>
      </w:r>
    </w:p>
    <w:p>
      <w:r>
        <w:rPr>
          <w:b w:val="0"/>
          <w:sz w:val="20"/>
        </w:rPr>
        <w:t>Company (if applicable): 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pPr>
        <w:jc w:val="center"/>
      </w:pPr>
      <w:r>
        <w:rPr>
          <w:b/>
          <w:sz w:val="20"/>
        </w:rPr>
        <w:t>Subject: Demand for Payment of Outstanding Debt</w:t>
      </w:r>
    </w:p>
    <w:p/>
    <w:p/>
    <w:p>
      <w:r>
        <w:rPr>
          <w:b w:val="0"/>
          <w:sz w:val="20"/>
        </w:rPr>
        <w:t>Dear Sir/Madam,</w:t>
      </w:r>
    </w:p>
    <w:p/>
    <w:p>
      <w:r>
        <w:rPr>
          <w:b w:val="0"/>
          <w:sz w:val="20"/>
        </w:rPr>
        <w:t>This letter serves as a formal demand for payment regarding the outstanding balance owed by you to the undersigned. Despite previous communications, the amount detailed below remains unpaid. This letter is intended to notify you of your obligation to remit payment promptly to avoid further action.</w:t>
      </w:r>
    </w:p>
    <w:p/>
    <w:p/>
    <w:p>
      <w:r>
        <w:rPr>
          <w:b/>
          <w:sz w:val="20"/>
        </w:rPr>
        <w:t>Outstanding Debt Details:</w:t>
      </w:r>
    </w:p>
    <w:p>
      <w:r>
        <w:rPr>
          <w:b w:val="0"/>
          <w:sz w:val="20"/>
        </w:rPr>
        <w:t>Invoice Number(s): ____________________________________________________</w:t>
      </w:r>
    </w:p>
    <w:p>
      <w:r>
        <w:rPr>
          <w:b w:val="0"/>
          <w:sz w:val="20"/>
        </w:rPr>
        <w:t>Invoice Date(s): ______________________________________________________</w:t>
      </w:r>
    </w:p>
    <w:p>
      <w:r>
        <w:rPr>
          <w:b w:val="0"/>
          <w:sz w:val="20"/>
        </w:rPr>
        <w:t>Original Amount Due: $___________________ USD</w:t>
      </w:r>
    </w:p>
    <w:p>
      <w:r>
        <w:rPr>
          <w:b w:val="0"/>
          <w:sz w:val="20"/>
        </w:rPr>
        <w:t>Payments Received: $___________________ USD</w:t>
      </w:r>
    </w:p>
    <w:p>
      <w:r>
        <w:rPr>
          <w:b w:val="0"/>
          <w:sz w:val="20"/>
        </w:rPr>
        <w:t>Outstanding Balance: $___________________ USD</w:t>
      </w:r>
    </w:p>
    <w:p/>
    <w:p/>
    <w:p>
      <w:r>
        <w:rPr>
          <w:b/>
          <w:sz w:val="20"/>
        </w:rPr>
        <w:t>Demand for Payment:</w:t>
      </w:r>
    </w:p>
    <w:p>
      <w:r>
        <w:rPr>
          <w:b w:val="0"/>
          <w:sz w:val="20"/>
        </w:rPr>
        <w:t>You are hereby demanded to pay the outstanding balance in full within fourteen (14) calendar days from the date you receive this letter. Please ensure payment is made to the following account or address:</w:t>
      </w:r>
    </w:p>
    <w:p>
      <w:r>
        <w:rPr>
          <w:b w:val="0"/>
          <w:sz w:val="20"/>
        </w:rPr>
        <w:t>Payment Method/Instructions: ___________________________________________</w:t>
      </w:r>
    </w:p>
    <w:p>
      <w:r>
        <w:rPr>
          <w:b w:val="0"/>
          <w:sz w:val="20"/>
        </w:rPr>
        <w:t>Account Name: ________________________________________________________</w:t>
      </w:r>
    </w:p>
    <w:p>
      <w:r>
        <w:rPr>
          <w:b w:val="0"/>
          <w:sz w:val="20"/>
        </w:rPr>
        <w:t>Account Number: ______________________________________________________</w:t>
      </w:r>
    </w:p>
    <w:p>
      <w:r>
        <w:rPr>
          <w:b w:val="0"/>
          <w:sz w:val="20"/>
        </w:rPr>
        <w:t>Bank Name: ___________________________________________________________</w:t>
      </w:r>
    </w:p>
    <w:p>
      <w:r>
        <w:rPr>
          <w:b w:val="0"/>
          <w:sz w:val="20"/>
        </w:rPr>
        <w:t>Bank Address: _________________________________________________________</w:t>
      </w:r>
    </w:p>
    <w:p>
      <w:r>
        <w:rPr>
          <w:b w:val="0"/>
          <w:sz w:val="20"/>
        </w:rPr>
        <w:t>Additional Information (if any): ________________________________________</w:t>
      </w:r>
    </w:p>
    <w:p/>
    <w:p/>
    <w:p>
      <w:r>
        <w:rPr>
          <w:b/>
          <w:sz w:val="20"/>
        </w:rPr>
        <w:t>Consequences of Non-Payment:</w:t>
      </w:r>
    </w:p>
    <w:p>
      <w:r>
        <w:rPr>
          <w:b w:val="0"/>
          <w:sz w:val="20"/>
        </w:rPr>
        <w:t>Failure to remit payment within the specified timeframe will result in the initiation of legal proceedings to recover the debt without further notice. You may also be liable for additional costs, including but not limited to attorney's fees, court costs, interest on the outstanding amount at the maximum lawful rate, and any other related expenses.</w:t>
      </w:r>
    </w:p>
    <w:p/>
    <w:p/>
    <w:p>
      <w:r>
        <w:rPr>
          <w:b/>
          <w:sz w:val="20"/>
        </w:rPr>
        <w:t>Interest and Late Fees:</w:t>
      </w:r>
    </w:p>
    <w:p>
      <w:r>
        <w:rPr>
          <w:b w:val="0"/>
          <w:sz w:val="20"/>
        </w:rPr>
        <w:t>Pursuant to applicable law and the terms of our agreement, interest on the outstanding balance will accrue at a rate of ______% per annum from the date the payment was due until paid in full. Additionally, late fees as permitted by law may be applied.</w:t>
      </w:r>
    </w:p>
    <w:p/>
    <w:p/>
    <w:p>
      <w:r>
        <w:rPr>
          <w:b/>
          <w:sz w:val="20"/>
        </w:rPr>
        <w:t>Request for Communication:</w:t>
      </w:r>
    </w:p>
    <w:p>
      <w:r>
        <w:rPr>
          <w:b w:val="0"/>
          <w:sz w:val="20"/>
        </w:rPr>
        <w:t>If you have already made payment or if you believe this demand is in error, please contact the undersigned immediately at the provided contact information to resolve this matter amicably.</w:t>
      </w:r>
    </w:p>
    <w:p/>
    <w:p/>
    <w:p>
      <w:r>
        <w:rPr>
          <w:b/>
          <w:sz w:val="20"/>
        </w:rPr>
        <w:t>Reservation of Rights:</w:t>
      </w:r>
    </w:p>
    <w:p>
      <w:r>
        <w:rPr>
          <w:b w:val="0"/>
          <w:sz w:val="20"/>
        </w:rPr>
        <w:t>Nothing contained in this letter shall be deemed a waiver or relinquishment of any rights or remedies available to the undersigned under applicable law, all of which are expressly reserved.</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https://letterdocs-us.com/demand-letter-for-payment/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demand-letter-for-payment/"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