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DEMAND LETTER</w:t>
      </w:r>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or Business Name: 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p>
      <w:pPr>
        <w:jc w:val="center"/>
      </w:pPr>
      <w:r>
        <w:rPr>
          <w:b/>
          <w:sz w:val="20"/>
        </w:rPr>
        <w:t>Subject: Demand for Payment of Outstanding Amount</w:t>
      </w:r>
    </w:p>
    <w:p/>
    <w:p/>
    <w:p>
      <w:r>
        <w:rPr>
          <w:b w:val="0"/>
          <w:sz w:val="20"/>
        </w:rPr>
        <w:t>Dear Sir or Madam,</w:t>
      </w:r>
    </w:p>
    <w:p/>
    <w:p>
      <w:r>
        <w:rPr>
          <w:b w:val="0"/>
          <w:sz w:val="20"/>
        </w:rPr>
        <w:t>This letter serves as a formal demand for payment pursuant to California law. Despite previous communications, the outstanding debt described below remains unpaid. Please consider this letter as a final opportunity to resolve this matter before further legal action is taken.</w:t>
      </w:r>
    </w:p>
    <w:p/>
    <w:p/>
    <w:p>
      <w:r>
        <w:rPr>
          <w:b/>
          <w:sz w:val="20"/>
        </w:rPr>
        <w:t>1. Debt Details</w:t>
      </w:r>
    </w:p>
    <w:p>
      <w:r>
        <w:rPr>
          <w:b w:val="0"/>
          <w:sz w:val="20"/>
        </w:rPr>
        <w:t>Outstanding Amount: $______________________</w:t>
      </w:r>
    </w:p>
    <w:p>
      <w:r>
        <w:rPr>
          <w:b w:val="0"/>
          <w:sz w:val="20"/>
        </w:rPr>
        <w:t>Invoice Number or Account Reference: ____________________________________</w:t>
      </w:r>
    </w:p>
    <w:p>
      <w:r>
        <w:rPr>
          <w:b w:val="0"/>
          <w:sz w:val="20"/>
        </w:rPr>
        <w:t>Date(s) of Service, Sale, or Transaction: _________________________________</w:t>
      </w:r>
    </w:p>
    <w:p>
      <w:r>
        <w:rPr>
          <w:b w:val="0"/>
          <w:sz w:val="20"/>
        </w:rPr>
        <w:t>Description of Goods or Services Provided:</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2. Demand for Payment</w:t>
      </w:r>
    </w:p>
    <w:p>
      <w:r>
        <w:rPr>
          <w:b w:val="0"/>
          <w:sz w:val="20"/>
        </w:rPr>
        <w:t>You are hereby demanded to pay the full outstanding amount set forth above within thirty (30) days from the date you receive this letter. Payment should be made payable to:</w:t>
      </w:r>
    </w:p>
    <w:p>
      <w:r>
        <w:rPr>
          <w:b w:val="0"/>
          <w:sz w:val="20"/>
        </w:rPr>
        <w:t>_______________________________________________________________________</w:t>
      </w:r>
    </w:p>
    <w:p>
      <w:r>
        <w:rPr>
          <w:b w:val="0"/>
          <w:sz w:val="20"/>
        </w:rPr>
        <w:t>Please send payment to the address listed above or contact the undersigned to make alternative arrangements.</w:t>
      </w:r>
    </w:p>
    <w:p/>
    <w:p>
      <w:r>
        <w:rPr>
          <w:b/>
          <w:sz w:val="20"/>
        </w:rPr>
        <w:t>3. Consequences of Non-Payment</w:t>
      </w:r>
    </w:p>
    <w:p>
      <w:r>
        <w:rPr>
          <w:b w:val="0"/>
          <w:sz w:val="20"/>
        </w:rPr>
        <w:t>Failure to remit payment within the stated time frame will compel us to initiate legal proceedings to recover the debt, along with any applicable interest, costs, and attorney's fees as provided by California law. This may also negatively impact your credit rating and business reputation.</w:t>
      </w:r>
    </w:p>
    <w:p/>
    <w:p>
      <w:r>
        <w:rPr>
          <w:b/>
          <w:sz w:val="20"/>
        </w:rPr>
        <w:t>4. Interest and Costs</w:t>
      </w:r>
    </w:p>
    <w:p>
      <w:r>
        <w:rPr>
          <w:b w:val="0"/>
          <w:sz w:val="20"/>
        </w:rPr>
        <w:t>Pursuant to California Civil Code §3289, interest on the outstanding principal amount will accrue at the legal rate of interest until paid in full. You shall also be responsible for any costs of collection, including reasonable attorney’s fees, incurred due to your failure to pay this debt.</w:t>
      </w:r>
    </w:p>
    <w:p/>
    <w:p>
      <w:r>
        <w:rPr>
          <w:b/>
          <w:sz w:val="20"/>
        </w:rPr>
        <w:t>5. Dispute or Questions</w:t>
      </w:r>
    </w:p>
    <w:p>
      <w:r>
        <w:rPr>
          <w:b w:val="0"/>
          <w:sz w:val="20"/>
        </w:rPr>
        <w:t>If you believe this demand is in error or if you have questions regarding this debt, please contact us no later than seven (7) days from receipt of this letter to discuss or resolve any disputes.</w:t>
      </w:r>
    </w:p>
    <w:p/>
    <w:p/>
    <w:p>
      <w:r>
        <w:rPr>
          <w:b w:val="0"/>
          <w:sz w:val="20"/>
        </w:rPr>
        <w:t>We encourage you to treat this matter with urgency to avoid further complications. We hope to resolve this dispute amicably and promptly.</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Date: ________________________________</w:t>
            </w:r>
          </w:p>
        </w:tc>
      </w:tr>
      <w:tr>
        <w:tc>
          <w:tcPr>
            <w:tcW w:type="dxa" w:w="4986"/>
            <w:tcBorders>
              <w:top w:val="nil"/>
              <w:left w:val="nil"/>
              <w:bottom w:val="nil"/>
              <w:right w:val="nil"/>
              <w:insideH w:val="nil"/>
              <w:insideV w:val="nil"/>
            </w:tcBorders>
          </w:tcPr>
          <w:p>
            <w:pPr>
              <w:jc w:val="center"/>
            </w:pPr>
            <w:r>
              <w:t>Name (Printed): _________________________</w:t>
            </w:r>
          </w:p>
        </w:tc>
        <w:tc>
          <w:tcPr>
            <w:tcW w:type="dxa" w:w="4986"/>
            <w:tcBorders>
              <w:top w:val="nil"/>
              <w:left w:val="nil"/>
              <w:bottom w:val="nil"/>
              <w:right w:val="nil"/>
              <w:insideH w:val="nil"/>
              <w:insideV w:val="nil"/>
            </w:tcBorders>
          </w:tcPr>
          <w:p>
            <w:pPr>
              <w:jc w:val="center"/>
            </w:pPr>
            <w:r>
              <w:t>Title (if applicable): 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https://letterdocs-us.com/demand-letter-california/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demand-letter-california/"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