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DEBT PAID IN FULL LETTER</w:t>
      </w:r>
    </w:p>
    <w:p/>
    <w:p/>
    <w:p>
      <w:r>
        <w:rPr>
          <w:b/>
          <w:sz w:val="20"/>
        </w:rPr>
        <w:t>Creditor Information:</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City, State, ZIP: ______________________________________________________</w:t>
      </w:r>
    </w:p>
    <w:p>
      <w:r>
        <w:rPr>
          <w:b w:val="0"/>
          <w:sz w:val="20"/>
        </w:rPr>
        <w:t>Phone: ________________________________________________________________</w:t>
      </w:r>
    </w:p>
    <w:p/>
    <w:p>
      <w:r>
        <w:rPr>
          <w:b/>
          <w:sz w:val="20"/>
        </w:rPr>
        <w:t>Debtor Information:</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City, State, ZIP: ______________________________________________________</w:t>
      </w:r>
    </w:p>
    <w:p>
      <w:r>
        <w:rPr>
          <w:b w:val="0"/>
          <w:sz w:val="20"/>
        </w:rPr>
        <w:t>Phone: ________________________________________________________________</w:t>
      </w:r>
    </w:p>
    <w:p/>
    <w:p>
      <w:r>
        <w:rPr>
          <w:b/>
          <w:sz w:val="20"/>
        </w:rPr>
        <w:t>Subject: Confirmation of Debt Paid in Full</w:t>
      </w:r>
    </w:p>
    <w:p/>
    <w:p>
      <w:r>
        <w:rPr>
          <w:b w:val="0"/>
          <w:sz w:val="20"/>
        </w:rPr>
        <w:t>To Whom It May Concern,</w:t>
      </w:r>
    </w:p>
    <w:p/>
    <w:p>
      <w:r>
        <w:rPr>
          <w:b w:val="0"/>
          <w:sz w:val="20"/>
        </w:rPr>
        <w:t>This letter serves as formal confirmation that the undersigned Debtor has fully satisfied and paid the debt owed to the Creditor as detailed below. This payment constitutes a full and final settlement of all amounts due under the referenced agreement or account.</w:t>
      </w:r>
    </w:p>
    <w:p/>
    <w:p>
      <w:r>
        <w:rPr>
          <w:b/>
          <w:sz w:val="20"/>
        </w:rPr>
        <w:t>Debt Details:</w:t>
      </w:r>
    </w:p>
    <w:p>
      <w:r>
        <w:rPr>
          <w:b w:val="0"/>
          <w:sz w:val="20"/>
        </w:rPr>
        <w:t>Account Number: _______________________________________________________</w:t>
      </w:r>
    </w:p>
    <w:p>
      <w:r>
        <w:rPr>
          <w:b w:val="0"/>
          <w:sz w:val="20"/>
        </w:rPr>
        <w:t>Original Debt Amount: _________________________________________________</w:t>
      </w:r>
    </w:p>
    <w:p>
      <w:r>
        <w:rPr>
          <w:b w:val="0"/>
          <w:sz w:val="20"/>
        </w:rPr>
        <w:t>Payment Amount: _______________________________________________________</w:t>
      </w:r>
    </w:p>
    <w:p>
      <w:r>
        <w:rPr>
          <w:b w:val="0"/>
          <w:sz w:val="20"/>
        </w:rPr>
        <w:t>Date of Final Payment: _________________________________________________</w:t>
      </w:r>
    </w:p>
    <w:p/>
    <w:p>
      <w:r>
        <w:rPr>
          <w:b w:val="0"/>
          <w:sz w:val="20"/>
        </w:rPr>
        <w:t>The Creditor acknowledges receipt of the final payment in full satisfaction of the debt. As of the date of this letter, the account is considered paid in full, and no further payments or obligations remain between the parties with respect to the subject debt.</w:t>
      </w:r>
    </w:p>
    <w:p/>
    <w:p>
      <w:r>
        <w:rPr>
          <w:b w:val="0"/>
          <w:sz w:val="20"/>
        </w:rPr>
        <w:t>The Creditor releases and discharges the Debtor from any and all liabilities, claims, or demands related to this debt, whether known or unknown, arising out of the original agreement or any amendments thereto.</w:t>
      </w:r>
    </w:p>
    <w:p/>
    <w:p>
      <w:r>
        <w:rPr>
          <w:b w:val="0"/>
          <w:sz w:val="20"/>
        </w:rPr>
        <w:t>This letter may be used by the Debtor as evidence of the debt’s satisfaction and may be presented to credit reporting agencies or other interested parties to update the Debtor’s credit history accordingly.</w:t>
      </w:r>
    </w:p>
    <w:p/>
    <w:p>
      <w:r>
        <w:rPr>
          <w:b w:val="0"/>
          <w:sz w:val="20"/>
        </w:rPr>
        <w:t>Thank you for your cooperation.</w:t>
      </w:r>
    </w:p>
    <w:p/>
    <w:p/>
    <w:p>
      <w:r>
        <w:rPr>
          <w:b/>
          <w:sz w:val="20"/>
        </w:rPr>
        <w:t>Acknowledgment and Signatures: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Creditor</w:t>
            </w:r>
          </w:p>
        </w:tc>
        <w:tc>
          <w:tcPr>
            <w:tcW w:type="dxa" w:w="4986"/>
            <w:tcBorders>
              <w:top w:val="nil"/>
              <w:left w:val="nil"/>
              <w:bottom w:val="nil"/>
              <w:right w:val="nil"/>
              <w:insideH w:val="nil"/>
              <w:insideV w:val="nil"/>
            </w:tcBorders>
          </w:tcPr>
          <w:p>
            <w:pPr>
              <w:jc w:val="center"/>
            </w:pPr>
            <w:r>
              <w:t>Debtor</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p/>
    <w:p>
      <w:r>
        <w:rPr>
          <w:b w:val="0"/>
          <w:sz w:val="20"/>
        </w:rPr>
        <w:t>Place of signing: _______________________________________________________</w:t>
      </w:r>
    </w:p>
    <w:p>
      <w:r>
        <w:rPr>
          <w:b w:val="0"/>
          <w:sz w:val="20"/>
        </w:rPr>
        <w:t>Date of signing: ________________________________________________________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https://letterdocs-us.com/debt-paid-in-full-letter/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debt-paid-in-full-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