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DEATH MEMORIAL DONATION LETTER</w:t>
      </w:r>
    </w:p>
    <w:p/>
    <w:p/>
    <w:p>
      <w:r>
        <w:rPr>
          <w:b w:val="0"/>
          <w:sz w:val="20"/>
        </w:rPr>
        <w:t>To Whom It May Concern,</w:t>
      </w:r>
    </w:p>
    <w:p/>
    <w:p>
      <w:r>
        <w:rPr>
          <w:b w:val="0"/>
          <w:sz w:val="20"/>
        </w:rPr>
        <w:t>I/We, the undersigned, write this letter to confirm and authorize a donation made in memory of the deceased, hereinafter referred to as the "Honoree." This donation is intended to honor the life and legacy of the Honoree through charitable contribution.</w:t>
      </w:r>
    </w:p>
    <w:p/>
    <w:p/>
    <w:p>
      <w:r>
        <w:rPr>
          <w:b/>
          <w:sz w:val="20"/>
        </w:rPr>
        <w:t>Donor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Honoree Information:</w:t>
      </w:r>
    </w:p>
    <w:p>
      <w:r>
        <w:rPr>
          <w:b w:val="0"/>
          <w:sz w:val="20"/>
        </w:rPr>
        <w:t>Full Name: ________________________________________________________________</w:t>
      </w:r>
    </w:p>
    <w:p>
      <w:r>
        <w:rPr>
          <w:b w:val="0"/>
          <w:sz w:val="20"/>
        </w:rPr>
        <w:t>Relationship to Donor: ____________________________________________________</w:t>
      </w:r>
    </w:p>
    <w:p>
      <w:r>
        <w:rPr>
          <w:b w:val="0"/>
          <w:sz w:val="20"/>
        </w:rPr>
        <w:t>Place of Residence (if applicable): _________________________________________</w:t>
      </w:r>
    </w:p>
    <w:p/>
    <w:p>
      <w:r>
        <w:rPr>
          <w:b/>
          <w:sz w:val="20"/>
        </w:rPr>
        <w:t>Charitable Organization / Donation Recipient: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Donation Details:</w:t>
      </w:r>
    </w:p>
    <w:p>
      <w:r>
        <w:rPr>
          <w:b w:val="0"/>
          <w:sz w:val="20"/>
        </w:rPr>
        <w:t>Type of Donation (check one):</w:t>
      </w:r>
    </w:p>
    <w:p>
      <w:r>
        <w:rPr>
          <w:b w:val="0"/>
          <w:sz w:val="20"/>
        </w:rPr>
        <w:t xml:space="preserve">    □ Monetary Donation</w:t>
      </w:r>
    </w:p>
    <w:p>
      <w:r>
        <w:rPr>
          <w:b w:val="0"/>
          <w:sz w:val="20"/>
        </w:rPr>
        <w:t xml:space="preserve">    □ In-Kind Donation</w:t>
      </w:r>
    </w:p>
    <w:p>
      <w:r>
        <w:rPr>
          <w:b w:val="0"/>
          <w:sz w:val="20"/>
        </w:rPr>
        <w:t xml:space="preserve">    □ Other (please specify): _______________________________________________</w:t>
      </w:r>
    </w:p>
    <w:p/>
    <w:p>
      <w:r>
        <w:rPr>
          <w:b w:val="0"/>
          <w:sz w:val="20"/>
        </w:rPr>
        <w:t>Amount/Description of Donation: ______________________________________________</w:t>
      </w:r>
    </w:p>
    <w:p>
      <w:r>
        <w:rPr>
          <w:b w:val="0"/>
          <w:sz w:val="20"/>
        </w:rPr>
        <w:t>Purpose of Donation: ______________________________________________________</w:t>
      </w:r>
    </w:p>
    <w:p/>
    <w:p>
      <w:r>
        <w:rPr>
          <w:b w:val="0"/>
          <w:sz w:val="20"/>
        </w:rPr>
        <w:t>This donation is made voluntarily and without expectation of any goods, services, or other direct benefits in return. The donor understands that the charitable organization is a qualified tax-exempt entity under Section 501(c)(3) of the Internal Revenue Code, and this donation may be tax-deductible as allowed by law.</w:t>
      </w:r>
    </w:p>
    <w:p/>
    <w:p/>
    <w:p>
      <w:r>
        <w:rPr>
          <w:b/>
          <w:sz w:val="20"/>
        </w:rPr>
        <w:t>Authorization and Acknowledgment:</w:t>
      </w:r>
    </w:p>
    <w:p>
      <w:r>
        <w:rPr>
          <w:b w:val="0"/>
          <w:sz w:val="20"/>
        </w:rPr>
        <w:t>By signing below, I/we affirm that this donation is made freely and voluntarily in memory of the Honoree. I/we understand that this letter serves as a formal acknowledgment and authorization of the donation and that the charitable organization may provide a separate receipt or acknowledgment as required by law.</w:t>
      </w:r>
    </w:p>
    <w:p/>
    <w:p>
      <w:r>
        <w:rPr>
          <w:b w:val="0"/>
          <w:sz w:val="20"/>
        </w:rPr>
        <w:t>I/we release and hold harmless the charitable organization, its agents, officers, and employees from any liability or claims related to this donation, to the fullest extent permitted by law.</w:t>
      </w:r>
    </w:p>
    <w:p/>
    <w:p/>
    <w:p>
      <w:r>
        <w:rPr>
          <w:b/>
          <w:sz w:val="20"/>
        </w:rPr>
        <w:t>Privacy and Use of Donation:</w:t>
      </w:r>
    </w:p>
    <w:p>
      <w:r>
        <w:rPr>
          <w:b w:val="0"/>
          <w:sz w:val="20"/>
        </w:rPr>
        <w:t>The donor agrees that the charitable organization may use the Honoree’s name and likeness in memorial acknowledgments, publications, and promotional materials consistent with honoring the Honoree’s memory, unless otherwise requested in writing.</w:t>
      </w:r>
    </w:p>
    <w:p/>
    <w:p>
      <w:r>
        <w:rPr>
          <w:b w:val="0"/>
          <w:sz w:val="20"/>
        </w:rPr>
        <w:t>The charitable organization agrees to utilize the donation in accordance with its stated mission and the donor-designated purpose as outlined herein.</w:t>
      </w:r>
    </w:p>
    <w:p/>
    <w:p/>
    <w:p>
      <w:r>
        <w:rPr>
          <w:b/>
          <w:sz w:val="20"/>
        </w:rPr>
        <w:t>Governing Law and Jurisdiction:</w:t>
      </w:r>
    </w:p>
    <w:p>
      <w:r>
        <w:rPr>
          <w:b w:val="0"/>
          <w:sz w:val="20"/>
        </w:rPr>
        <w:t>This letter and the donation described herein shall be governed by and construed in accordance with the laws of the United States of America and the applicable state laws. Any disputes arising from or related to this donation shall be subject to the exclusive jurisdiction of the courts located within the donor’s state of residence.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p/>
    <w:p/>
    <w:p>
      <w:r>
        <w:rPr>
          <w:b/>
          <w:sz w:val="20"/>
        </w:rPr>
        <w:t>Donor Contact Confirmation:</w:t>
      </w:r>
    </w:p>
    <w:p>
      <w:r>
        <w:rPr>
          <w:b w:val="0"/>
          <w:sz w:val="20"/>
        </w:rPr>
        <w:t>By signing above, I/we confirm that the information provided in this letter is true and accurate to the best of my/our knowledge, and authorize the use of this donation as stated.</w:t>
      </w:r>
    </w:p>
    <w:p/>
    <w:p/>
    <w:p>
      <w:pPr>
        <w:jc w:val="center"/>
      </w:pPr>
      <w:r>
        <w:rPr>
          <w:b w:val="0"/>
          <w:sz w:val="20"/>
        </w:rPr>
        <w:t>Thank you for honoring the memory of our loved one through this meaningful contribution.</w:t>
      </w:r>
    </w:p>
    <w:p/>
    <w:p/>
    <w:p/>
    <w:p>
      <w:pPr>
        <w:jc w:val="center"/>
      </w:pPr>
      <w:r>
        <w:rPr>
          <w:b w:val="0"/>
          <w:sz w:val="20"/>
        </w:rPr>
        <w:t>Sincerely,</w:t>
      </w:r>
    </w:p>
    <w:p/>
    <w:p/>
    <w:p/>
    <w:p/>
    <w:p>
      <w:pPr>
        <w:jc w:val="center"/>
      </w:pPr>
      <w:r>
        <w:rPr>
          <w:b w:val="0"/>
          <w:sz w:val="20"/>
        </w:rPr>
        <w:t>__________________________________________________</w:t>
      </w:r>
    </w:p>
    <w:p>
      <w:pPr>
        <w:jc w:val="center"/>
      </w:pPr>
      <w:r>
        <w:rPr>
          <w:b w:val="0"/>
          <w:sz w:val="20"/>
        </w:rPr>
        <w:t>Donor Signature</w:t>
      </w:r>
    </w:p>
    <w:p/>
    <w:p/>
    <w:p/>
    <w:p>
      <w:pPr>
        <w:jc w:val="center"/>
      </w:pPr>
      <w:r>
        <w:rPr>
          <w:b w:val="0"/>
          <w:sz w:val="20"/>
        </w:rPr>
        <w:t>__________________________________________________</w:t>
      </w:r>
    </w:p>
    <w:p>
      <w:pPr>
        <w:jc w:val="center"/>
      </w:pPr>
      <w:r>
        <w:rPr>
          <w:b w:val="0"/>
          <w:sz w:val="20"/>
        </w:rPr>
        <w:t>Witness Signature</w:t>
      </w:r>
    </w:p>
    <w:p>
      <w:r>
        <w:br w:type="page"/>
      </w:r>
    </w:p>
    <w:p>
      <w:pPr>
        <w:jc w:val="center"/>
      </w:pPr>
      <w:r>
        <w:rPr>
          <w:color w:val="555555"/>
          <w:sz w:val="24"/>
        </w:rPr>
        <w:t>Original source of this document:</w:t>
      </w:r>
    </w:p>
    <w:p>
      <w:pPr>
        <w:jc w:val="center"/>
      </w:pPr>
      <w:hyperlink r:id="rId9">
        <w:r>
          <w:rPr>
            <w:color w:val="0000FF"/>
            <w:u w:val="single"/>
          </w:rPr>
          <w:t>https://letterdocs-us.com/death-memorial-donation-letter/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eath-memorial-don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