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DAYCARE ENROLLMENT AND SERVICE AGREEMENT</w:t>
      </w:r>
    </w:p>
    <w:p/>
    <w:p>
      <w:r>
        <w:rPr>
          <w:b/>
          <w:sz w:val="20"/>
        </w:rPr>
        <w:t>Child Information:</w:t>
      </w:r>
    </w:p>
    <w:p>
      <w:r>
        <w:rPr>
          <w:b w:val="0"/>
          <w:sz w:val="20"/>
        </w:rPr>
        <w:t>Full Name: ____________________________________________________________</w:t>
      </w:r>
    </w:p>
    <w:p>
      <w:r>
        <w:rPr>
          <w:b w:val="0"/>
          <w:sz w:val="20"/>
        </w:rPr>
        <w:t>Date of Birth: _________________________________________________________</w:t>
      </w:r>
    </w:p>
    <w:p>
      <w:r>
        <w:rPr>
          <w:b w:val="0"/>
          <w:sz w:val="20"/>
        </w:rPr>
        <w:t>Allergies or Medical Conditions: ________________________________________</w:t>
      </w:r>
    </w:p>
    <w:p>
      <w:r>
        <w:rPr>
          <w:b w:val="0"/>
          <w:sz w:val="20"/>
        </w:rPr>
        <w:t>Special Care Instructions: ______________________________________________</w:t>
      </w:r>
    </w:p>
    <w:p/>
    <w:p>
      <w:r>
        <w:rPr>
          <w:b/>
          <w:sz w:val="20"/>
        </w:rPr>
        <w:t>Parent/Guardian Information:</w:t>
      </w:r>
    </w:p>
    <w:p>
      <w:r>
        <w:rPr>
          <w:b w:val="0"/>
          <w:sz w:val="20"/>
        </w:rPr>
        <w:t>Full Name(s): _________________________________________________________</w:t>
      </w:r>
    </w:p>
    <w:p>
      <w:r>
        <w:rPr>
          <w:b w:val="0"/>
          <w:sz w:val="20"/>
        </w:rPr>
        <w:t>Address: ______________________________________________________________</w:t>
      </w:r>
    </w:p>
    <w:p>
      <w:r>
        <w:rPr>
          <w:b w:val="0"/>
          <w:sz w:val="20"/>
        </w:rPr>
        <w:t>Phone Number(s): ______________________________________________________</w:t>
      </w:r>
    </w:p>
    <w:p>
      <w:r>
        <w:rPr>
          <w:b w:val="0"/>
          <w:sz w:val="20"/>
        </w:rPr>
        <w:t>Email Address: _________________________________________________________</w:t>
      </w:r>
    </w:p>
    <w:p/>
    <w:p>
      <w:r>
        <w:rPr>
          <w:b/>
          <w:sz w:val="20"/>
        </w:rPr>
        <w:t>Enrollment Details:</w:t>
      </w:r>
    </w:p>
    <w:p>
      <w:r>
        <w:rPr>
          <w:b w:val="0"/>
          <w:sz w:val="20"/>
        </w:rPr>
        <w:t>Start Date: ____________________________________________________________</w:t>
      </w:r>
    </w:p>
    <w:p>
      <w:r>
        <w:rPr>
          <w:b w:val="0"/>
          <w:sz w:val="20"/>
        </w:rPr>
        <w:t>Days of Attendance (select all that apply):</w:t>
      </w:r>
    </w:p>
    <w:p>
      <w:r>
        <w:rPr>
          <w:b w:val="0"/>
          <w:sz w:val="20"/>
        </w:rPr>
        <w:t xml:space="preserve">   ☐ Monday    ☐ Tuesday    ☐ Wednesday    ☐ Thursday    ☐ Friday</w:t>
      </w:r>
    </w:p>
    <w:p>
      <w:r>
        <w:rPr>
          <w:b w:val="0"/>
          <w:sz w:val="20"/>
        </w:rPr>
        <w:t>Drop-off Time: _______________    Pick-up Time: _______________</w:t>
      </w:r>
    </w:p>
    <w:p/>
    <w:p>
      <w:r>
        <w:rPr>
          <w:b/>
          <w:sz w:val="20"/>
        </w:rPr>
        <w:t>Services and Fees:</w:t>
      </w:r>
    </w:p>
    <w:p>
      <w:r>
        <w:rPr>
          <w:b w:val="0"/>
          <w:sz w:val="20"/>
        </w:rPr>
        <w:t>Monthly Tuition Fee: ________________ USD</w:t>
      </w:r>
    </w:p>
    <w:p>
      <w:r>
        <w:rPr>
          <w:b w:val="0"/>
          <w:sz w:val="20"/>
        </w:rPr>
        <w:t>Registration Fee: ________________ USD (one-time payment)</w:t>
      </w:r>
    </w:p>
    <w:p>
      <w:r>
        <w:rPr>
          <w:b w:val="0"/>
          <w:sz w:val="20"/>
        </w:rPr>
        <w:t>Late Pickup Fee: ________________ USD per minute after scheduled pick-up time</w:t>
      </w:r>
    </w:p>
    <w:p>
      <w:r>
        <w:rPr>
          <w:b w:val="0"/>
          <w:sz w:val="20"/>
        </w:rPr>
        <w:t>Payment Due Date: _____________________________________________________</w:t>
      </w:r>
    </w:p>
    <w:p/>
    <w:p>
      <w:r>
        <w:rPr>
          <w:b/>
          <w:sz w:val="20"/>
        </w:rPr>
        <w:t>Payment Terms:</w:t>
      </w:r>
    </w:p>
    <w:p>
      <w:r>
        <w:rPr>
          <w:b w:val="0"/>
          <w:sz w:val="20"/>
        </w:rPr>
        <w:t>All payments shall be made in advance by the due date specified above. Late payments may result in suspension or termination of services. Accepted payment methods include cash, check, or electronic transfer.</w:t>
      </w:r>
    </w:p>
    <w:p/>
    <w:p>
      <w:r>
        <w:rPr>
          <w:b/>
          <w:sz w:val="20"/>
        </w:rPr>
        <w:t>Health and Safety Policies:</w:t>
      </w:r>
    </w:p>
    <w:p>
      <w:r>
        <w:rPr>
          <w:b w:val="0"/>
          <w:sz w:val="20"/>
        </w:rPr>
        <w:t>1. The parent/guardian certifies that the child is in good health and has provided all necessary immunization records as required by applicable state laws.</w:t>
      </w:r>
    </w:p>
    <w:p>
      <w:r>
        <w:rPr>
          <w:b w:val="0"/>
          <w:sz w:val="20"/>
        </w:rPr>
        <w:t>2. The daycare reserves the right to refuse care if the child shows symptoms of contagious illness or infection.</w:t>
      </w:r>
    </w:p>
    <w:p>
      <w:r>
        <w:rPr>
          <w:b w:val="0"/>
          <w:sz w:val="20"/>
        </w:rPr>
        <w:t>3. In case of emergency, the daycare will attempt to contact the parent/guardian immediately. If unreachable, emergency medical services may be contacted and the child transported to the nearest hospital.</w:t>
      </w:r>
    </w:p>
    <w:p/>
    <w:p>
      <w:r>
        <w:rPr>
          <w:b/>
          <w:sz w:val="20"/>
        </w:rPr>
        <w:t>Behavioral Expectations and Discipline:</w:t>
      </w:r>
    </w:p>
    <w:p>
      <w:r>
        <w:rPr>
          <w:b w:val="0"/>
          <w:sz w:val="20"/>
        </w:rPr>
        <w:t>The daycare strives to provide a safe and nurturing environment. The child is expected to behave respectfully towards staff and peers. The daycare employs positive disciplinary measures and will communicate any behavioral concerns to the parent/guardian promptly.</w:t>
      </w:r>
    </w:p>
    <w:p/>
    <w:p>
      <w:r>
        <w:rPr>
          <w:b/>
          <w:sz w:val="20"/>
        </w:rPr>
        <w:t>Termination of Agreement:</w:t>
      </w:r>
    </w:p>
    <w:p>
      <w:r>
        <w:rPr>
          <w:b w:val="0"/>
          <w:sz w:val="20"/>
        </w:rPr>
        <w:t>Either party may terminate this agreement with a written notice of at least two weeks. The daycare reserves the right to terminate services immediately in cases of non-payment, violation of policies, or behavior that jeopardizes safety.</w:t>
      </w:r>
    </w:p>
    <w:p/>
    <w:p>
      <w:r>
        <w:rPr>
          <w:b/>
          <w:sz w:val="20"/>
        </w:rPr>
        <w:t>Liability and Indemnification:</w:t>
      </w:r>
    </w:p>
    <w:p>
      <w:r>
        <w:rPr>
          <w:b w:val="0"/>
          <w:sz w:val="20"/>
        </w:rPr>
        <w:t>The parent/guardian agrees that the daycare, its employees, and agents shall not be held liable for any injury, loss, or damage to the child or the child’s property except in cases of gross negligence or willful misconduct. The parent/guardian agrees to indemnify and hold harmless the daycare from any claims arising from participation in the daycare program.</w:t>
      </w:r>
    </w:p>
    <w:p/>
    <w:p>
      <w:r>
        <w:rPr>
          <w:b/>
          <w:sz w:val="20"/>
        </w:rPr>
        <w:t>Photography and Media Release:</w:t>
      </w:r>
    </w:p>
    <w:p>
      <w:r>
        <w:rPr>
          <w:b w:val="0"/>
          <w:sz w:val="20"/>
        </w:rPr>
        <w:t>The parent/guardian authorizes the daycare to take photographs and videos of the child during activities for use in promotional materials, newsletters, and social media unless otherwise indicated in writing.</w:t>
      </w:r>
    </w:p>
    <w:p/>
    <w:p>
      <w:r>
        <w:rPr>
          <w:b/>
          <w:sz w:val="20"/>
        </w:rPr>
        <w:t>Confidentiality:</w:t>
      </w:r>
    </w:p>
    <w:p>
      <w:r>
        <w:rPr>
          <w:b w:val="0"/>
          <w:sz w:val="20"/>
        </w:rPr>
        <w:t>All personal information collected by the daycare will be kept confidential and used solely for the purpose of providing childcare services, in compliance with applicable privacy laws.</w:t>
      </w:r>
    </w:p>
    <w:p/>
    <w:p>
      <w:r>
        <w:rPr>
          <w:b/>
          <w:sz w:val="20"/>
        </w:rPr>
        <w:t>Governing Law:</w:t>
      </w:r>
    </w:p>
    <w:p>
      <w:r>
        <w:rPr>
          <w:b w:val="0"/>
          <w:sz w:val="20"/>
        </w:rPr>
        <w:t>This agreement shall be governed by and construed in accordance with the laws of the State in which the daycare operates, without regard to its conflict of law principles.</w:t>
      </w:r>
    </w:p>
    <w:p/>
    <w:p>
      <w:r>
        <w:rPr>
          <w:b/>
          <w:sz w:val="20"/>
        </w:rPr>
        <w:t>Entire Agreement:</w:t>
      </w:r>
    </w:p>
    <w:p>
      <w:r>
        <w:rPr>
          <w:b w:val="0"/>
          <w:sz w:val="20"/>
        </w:rPr>
        <w:t>This document constitutes the entire agreement between the parties and supersedes all prior understandings, written or oral, relating to the subject matter herein.</w:t>
      </w:r>
    </w:p>
    <w:p/>
    <w:p/>
    <w:p>
      <w:r>
        <w:rPr>
          <w:b w:val="0"/>
          <w:sz w:val="20"/>
        </w:rPr>
        <w:t>Place and date of signature: ___________________________________________</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PARENT/GUARDIAN</w:t>
            </w:r>
          </w:p>
        </w:tc>
        <w:tc>
          <w:tcPr>
            <w:tcW w:type="dxa" w:w="4986"/>
            <w:tcBorders>
              <w:top w:val="nil"/>
              <w:left w:val="nil"/>
              <w:bottom w:val="nil"/>
              <w:right w:val="nil"/>
              <w:insideH w:val="nil"/>
              <w:insideV w:val="nil"/>
            </w:tcBorders>
          </w:tcPr>
          <w:p>
            <w:pPr>
              <w:jc w:val="center"/>
            </w:pPr>
            <w:r>
              <w:t>DAYCARE PROVIDER</w:t>
            </w:r>
          </w:p>
        </w:tc>
      </w:tr>
      <w:tr>
        <w:tc>
          <w:tcPr>
            <w:tcW w:type="dxa" w:w="4986"/>
            <w:tcBorders>
              <w:top w:val="nil"/>
              <w:left w:val="nil"/>
              <w:bottom w:val="nil"/>
              <w:right w:val="nil"/>
              <w:insideH w:val="nil"/>
              <w:insideV w:val="nil"/>
            </w:tcBorders>
          </w:tcPr>
          <w:p>
            <w:pPr>
              <w:jc w:val="center"/>
            </w:pPr>
            <w:r>
              <w:br/>
              <w:br/>
              <w:t>Signature: _________________________</w:t>
            </w:r>
          </w:p>
        </w:tc>
        <w:tc>
          <w:tcPr>
            <w:tcW w:type="dxa" w:w="4986"/>
            <w:tcBorders>
              <w:top w:val="nil"/>
              <w:left w:val="nil"/>
              <w:bottom w:val="nil"/>
              <w:right w:val="nil"/>
              <w:insideH w:val="nil"/>
              <w:insideV w:val="nil"/>
            </w:tcBorders>
          </w:tcPr>
          <w:p>
            <w:pPr>
              <w:jc w:val="center"/>
            </w:pPr>
            <w:r>
              <w:br/>
              <w:br/>
              <w:t>Signature: _________________________</w:t>
            </w:r>
          </w:p>
        </w:tc>
      </w:tr>
      <w:tr>
        <w:tc>
          <w:tcPr>
            <w:tcW w:type="dxa" w:w="4986"/>
            <w:tcBorders>
              <w:top w:val="nil"/>
              <w:left w:val="nil"/>
              <w:bottom w:val="nil"/>
              <w:right w:val="nil"/>
              <w:insideH w:val="nil"/>
              <w:insideV w:val="nil"/>
            </w:tcBorders>
          </w:tcPr>
          <w:p>
            <w:pPr>
              <w:jc w:val="center"/>
            </w:pPr>
            <w:r>
              <w:t>Name: ________________________________</w:t>
            </w:r>
          </w:p>
        </w:tc>
        <w:tc>
          <w:tcPr>
            <w:tcW w:type="dxa" w:w="4986"/>
            <w:tcBorders>
              <w:top w:val="nil"/>
              <w:left w:val="nil"/>
              <w:bottom w:val="nil"/>
              <w:right w:val="nil"/>
              <w:insideH w:val="nil"/>
              <w:insideV w:val="nil"/>
            </w:tcBorders>
          </w:tcPr>
          <w:p>
            <w:pPr>
              <w:jc w:val="center"/>
            </w:pPr>
            <w:r>
              <w:t>Name: ________________________________</w:t>
            </w:r>
          </w:p>
        </w:tc>
      </w:tr>
    </w:tbl>
    <w:p>
      <w:r>
        <w:br w:type="page"/>
      </w:r>
    </w:p>
    <w:p>
      <w:pPr>
        <w:jc w:val="center"/>
      </w:pPr>
      <w:r>
        <w:rPr>
          <w:color w:val="555555"/>
          <w:sz w:val="24"/>
        </w:rPr>
        <w:t>Original source of this document:</w:t>
      </w:r>
    </w:p>
    <w:p>
      <w:pPr>
        <w:jc w:val="center"/>
      </w:pPr>
      <w:hyperlink r:id="rId9">
        <w:r>
          <w:rPr>
            <w:color w:val="0000FF"/>
            <w:u w:val="single"/>
          </w:rPr>
          <w:t>https://letterdocs-us.com/daycare-letter/</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https://letterdocs-us.com</w:t>
        </w:r>
      </w:hyperlink>
    </w:p>
    <w:p>
      <w:pPr>
        <w:jc w:val="center"/>
      </w:pPr>
      <w:r>
        <w:rPr>
          <w:color w:val="808080"/>
          <w:sz w:val="20"/>
        </w:rPr>
        <w:t>This template is intended exclusively for personal, non-commercial use.</w:t>
        <w:br/>
        <w:t>If distributed or published, the source must be mentioned. © letterdocs-us.com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letterdocs-us.com/daycare-letter/" TargetMode="External"/><Relationship Id="rId10" Type="http://schemas.openxmlformats.org/officeDocument/2006/relationships/hyperlink" Target="https://letterdocs-u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