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COMMERCIAL LEASE LETTER OF INTENT</w:t>
      </w:r>
    </w:p>
    <w:p/>
    <w:p>
      <w:r>
        <w:rPr>
          <w:b w:val="0"/>
          <w:sz w:val="20"/>
        </w:rPr>
        <w:t>This Commercial Lease Letter of Intent ("LOI") sets forth the principal terms under which the undersigned parties intend to enter into a lease agreement for commercial real property. This LOI is non-binding except for the provisions specifically stated as binding.</w:t>
      </w:r>
    </w:p>
    <w:p/>
    <w:p/>
    <w:p>
      <w:r>
        <w:rPr>
          <w:b/>
          <w:sz w:val="20"/>
        </w:rPr>
        <w:t>PARTIES</w:t>
      </w:r>
    </w:p>
    <w:p>
      <w:r>
        <w:rPr>
          <w:b/>
          <w:sz w:val="20"/>
        </w:rPr>
        <w:t>Landlord Information:</w:t>
      </w:r>
    </w:p>
    <w:p>
      <w:r>
        <w:rPr>
          <w:b w:val="0"/>
          <w:sz w:val="20"/>
        </w:rPr>
        <w:t>Name: ____________________________________________________________</w:t>
      </w:r>
    </w:p>
    <w:p>
      <w:r>
        <w:rPr>
          <w:b w:val="0"/>
          <w:sz w:val="20"/>
        </w:rPr>
        <w:t>Address: __________________________________________________________</w:t>
      </w:r>
    </w:p>
    <w:p>
      <w:r>
        <w:rPr>
          <w:b w:val="0"/>
          <w:sz w:val="20"/>
        </w:rPr>
        <w:t>Contact Number: _________________________________________________</w:t>
      </w:r>
    </w:p>
    <w:p>
      <w:r>
        <w:rPr>
          <w:b w:val="0"/>
          <w:sz w:val="20"/>
        </w:rPr>
        <w:t>Email: ____________________________________________________________</w:t>
      </w:r>
    </w:p>
    <w:p/>
    <w:p>
      <w:r>
        <w:rPr>
          <w:b/>
          <w:sz w:val="20"/>
        </w:rPr>
        <w:t>Tenant Information:</w:t>
      </w:r>
    </w:p>
    <w:p>
      <w:r>
        <w:rPr>
          <w:b w:val="0"/>
          <w:sz w:val="20"/>
        </w:rPr>
        <w:t>Name: ____________________________________________________________</w:t>
      </w:r>
    </w:p>
    <w:p>
      <w:r>
        <w:rPr>
          <w:b w:val="0"/>
          <w:sz w:val="20"/>
        </w:rPr>
        <w:t>Address: __________________________________________________________</w:t>
      </w:r>
    </w:p>
    <w:p>
      <w:r>
        <w:rPr>
          <w:b w:val="0"/>
          <w:sz w:val="20"/>
        </w:rPr>
        <w:t>Contact Number: _________________________________________________</w:t>
      </w:r>
    </w:p>
    <w:p>
      <w:r>
        <w:rPr>
          <w:b w:val="0"/>
          <w:sz w:val="20"/>
        </w:rPr>
        <w:t>Email: ____________________________________________________________</w:t>
      </w:r>
    </w:p>
    <w:p/>
    <w:p>
      <w:r>
        <w:rPr>
          <w:b/>
          <w:sz w:val="20"/>
        </w:rPr>
        <w:t>PREMISES</w:t>
      </w:r>
    </w:p>
    <w:p>
      <w:r>
        <w:rPr>
          <w:b w:val="0"/>
          <w:sz w:val="20"/>
        </w:rPr>
        <w:t>Description: ______________________________________________________</w:t>
      </w:r>
    </w:p>
    <w:p>
      <w:r>
        <w:rPr>
          <w:b w:val="0"/>
          <w:sz w:val="20"/>
        </w:rPr>
        <w:t>Address: __________________________________________________________</w:t>
      </w:r>
    </w:p>
    <w:p>
      <w:r>
        <w:rPr>
          <w:b w:val="0"/>
          <w:sz w:val="20"/>
        </w:rPr>
        <w:t>Square Footage: _________________________________________________</w:t>
      </w:r>
    </w:p>
    <w:p/>
    <w:p>
      <w:r>
        <w:rPr>
          <w:b/>
          <w:sz w:val="20"/>
        </w:rPr>
        <w:t>TERM</w:t>
      </w:r>
    </w:p>
    <w:p>
      <w:r>
        <w:rPr>
          <w:b w:val="0"/>
          <w:sz w:val="20"/>
        </w:rPr>
        <w:t>Lease Commencement Date: __________________________________________</w:t>
      </w:r>
    </w:p>
    <w:p>
      <w:r>
        <w:rPr>
          <w:b w:val="0"/>
          <w:sz w:val="20"/>
        </w:rPr>
        <w:t>Lease Expiration Date: _____________________________________________</w:t>
      </w:r>
    </w:p>
    <w:p>
      <w:r>
        <w:rPr>
          <w:b w:val="0"/>
          <w:sz w:val="20"/>
        </w:rPr>
        <w:t>Initial Lease Term: _______________________________________________</w:t>
      </w:r>
    </w:p>
    <w:p>
      <w:r>
        <w:rPr>
          <w:b w:val="0"/>
          <w:sz w:val="20"/>
        </w:rPr>
        <w:t>Renewal Options: _________________________________________________</w:t>
      </w:r>
    </w:p>
    <w:p/>
    <w:p>
      <w:r>
        <w:rPr>
          <w:b/>
          <w:sz w:val="20"/>
        </w:rPr>
        <w:t>RENT</w:t>
      </w:r>
    </w:p>
    <w:p>
      <w:r>
        <w:rPr>
          <w:b w:val="0"/>
          <w:sz w:val="20"/>
        </w:rPr>
        <w:t>Base Rent: ______________________________________________________ USD per month</w:t>
      </w:r>
    </w:p>
    <w:p>
      <w:r>
        <w:rPr>
          <w:b w:val="0"/>
          <w:sz w:val="20"/>
        </w:rPr>
        <w:t>Additional Rent (e.g., Common Area Maintenance, Taxes, Insurance): __________________________________________________</w:t>
      </w:r>
    </w:p>
    <w:p>
      <w:r>
        <w:rPr>
          <w:b w:val="0"/>
          <w:sz w:val="20"/>
        </w:rPr>
        <w:t>Rent Payment Terms: _______________________________________________</w:t>
      </w:r>
    </w:p>
    <w:p/>
    <w:p>
      <w:r>
        <w:rPr>
          <w:b/>
          <w:sz w:val="20"/>
        </w:rPr>
        <w:t>SECURITY DEPOSIT</w:t>
      </w:r>
    </w:p>
    <w:p>
      <w:r>
        <w:rPr>
          <w:b w:val="0"/>
          <w:sz w:val="20"/>
        </w:rPr>
        <w:t>Amount: __________________________________________________________</w:t>
      </w:r>
    </w:p>
    <w:p>
      <w:r>
        <w:rPr>
          <w:b w:val="0"/>
          <w:sz w:val="20"/>
        </w:rPr>
        <w:t>Terms of Holding and Return: ________________________________________</w:t>
      </w:r>
    </w:p>
    <w:p/>
    <w:p>
      <w:r>
        <w:rPr>
          <w:b/>
          <w:sz w:val="20"/>
        </w:rPr>
        <w:t>USE OF PREMISES</w:t>
      </w:r>
    </w:p>
    <w:p>
      <w:r>
        <w:rPr>
          <w:b w:val="0"/>
          <w:sz w:val="20"/>
        </w:rPr>
        <w:t>Permitted Use: ___________________________________________________</w:t>
      </w:r>
    </w:p>
    <w:p>
      <w:r>
        <w:rPr>
          <w:b w:val="0"/>
          <w:sz w:val="20"/>
        </w:rPr>
        <w:t>Restrictions: _____________________________________________________</w:t>
      </w:r>
    </w:p>
    <w:p/>
    <w:p>
      <w:r>
        <w:rPr>
          <w:b/>
          <w:sz w:val="20"/>
        </w:rPr>
        <w:t>MAINTENANCE AND REPAIRS</w:t>
      </w:r>
    </w:p>
    <w:p>
      <w:r>
        <w:rPr>
          <w:b w:val="0"/>
          <w:sz w:val="20"/>
        </w:rPr>
        <w:t>Landlord Responsibilities: _________________________________________</w:t>
      </w:r>
    </w:p>
    <w:p>
      <w:r>
        <w:rPr>
          <w:b w:val="0"/>
          <w:sz w:val="20"/>
        </w:rPr>
        <w:t>Tenant Responsibilities: ___________________________________________</w:t>
      </w:r>
    </w:p>
    <w:p/>
    <w:p>
      <w:r>
        <w:rPr>
          <w:b/>
          <w:sz w:val="20"/>
        </w:rPr>
        <w:t>UTILITIES</w:t>
      </w:r>
    </w:p>
    <w:p>
      <w:r>
        <w:rPr>
          <w:b w:val="0"/>
          <w:sz w:val="20"/>
        </w:rPr>
        <w:t>Utilities and Services to be paid by Tenant: ________________________</w:t>
      </w:r>
    </w:p>
    <w:p>
      <w:r>
        <w:rPr>
          <w:b w:val="0"/>
          <w:sz w:val="20"/>
        </w:rPr>
        <w:t>Utilities and Services to be paid by Landlord: _______________________</w:t>
      </w:r>
    </w:p>
    <w:p/>
    <w:p>
      <w:r>
        <w:rPr>
          <w:b/>
          <w:sz w:val="20"/>
        </w:rPr>
        <w:t>IMPROVEMENTS AND ALTERATIONS</w:t>
      </w:r>
    </w:p>
    <w:p>
      <w:r>
        <w:rPr>
          <w:b w:val="0"/>
          <w:sz w:val="20"/>
        </w:rPr>
        <w:t>Tenant shall not make any alterations, additions, or improvements without Landlord’s prior written consent. All approved alterations shall comply with applicable laws and codes.</w:t>
      </w:r>
    </w:p>
    <w:p/>
    <w:p>
      <w:r>
        <w:rPr>
          <w:b/>
          <w:sz w:val="20"/>
        </w:rPr>
        <w:t>INSURANCE</w:t>
      </w:r>
    </w:p>
    <w:p>
      <w:r>
        <w:rPr>
          <w:b w:val="0"/>
          <w:sz w:val="20"/>
        </w:rPr>
        <w:t>Tenant shall maintain commercial general liability insurance with a minimum coverage of __________________ per occurrence, naming Landlord as additional insured.</w:t>
      </w:r>
    </w:p>
    <w:p/>
    <w:p>
      <w:r>
        <w:rPr>
          <w:b/>
          <w:sz w:val="20"/>
        </w:rPr>
        <w:t>INDEMNIFICATION</w:t>
      </w:r>
    </w:p>
    <w:p>
      <w:r>
        <w:rPr>
          <w:b w:val="0"/>
          <w:sz w:val="20"/>
        </w:rPr>
        <w:t>Tenant agrees to indemnify, defend, and hold Landlord harmless from any claims, liabilities, damages, or expenses arising out of Tenant’s use of the Premises, except to the extent caused by Landlord’s gross negligence or willful misconduct.</w:t>
      </w:r>
    </w:p>
    <w:p/>
    <w:p>
      <w:r>
        <w:rPr>
          <w:b/>
          <w:sz w:val="20"/>
        </w:rPr>
        <w:t>DEFAULT AND REMEDIES</w:t>
      </w:r>
    </w:p>
    <w:p>
      <w:r>
        <w:rPr>
          <w:b w:val="0"/>
          <w:sz w:val="20"/>
        </w:rPr>
        <w:t>Events of Default shall include, but not be limited to, failure to pay rent when due or breach of any material lease term. Upon default, Landlord may pursue all remedies available under law, including termination of the lease and recovery of damages.</w:t>
      </w:r>
    </w:p>
    <w:p/>
    <w:p>
      <w:r>
        <w:rPr>
          <w:b/>
          <w:sz w:val="20"/>
        </w:rPr>
        <w:t>ASSIGNMENT AND SUBLETTING</w:t>
      </w:r>
    </w:p>
    <w:p>
      <w:r>
        <w:rPr>
          <w:b w:val="0"/>
          <w:sz w:val="20"/>
        </w:rPr>
        <w:t>Tenant shall not assign or sublet the Premises without Landlord’s prior written consent, which shall not be unreasonably withheld.</w:t>
      </w:r>
    </w:p>
    <w:p/>
    <w:p>
      <w:r>
        <w:rPr>
          <w:b/>
          <w:sz w:val="20"/>
        </w:rPr>
        <w:t>CONFIDENTIALITY</w:t>
      </w:r>
    </w:p>
    <w:p>
      <w:r>
        <w:rPr>
          <w:b w:val="0"/>
          <w:sz w:val="20"/>
        </w:rPr>
        <w:t>The parties agree to keep the terms of this LOI confidential and not disclose any information to third parties, except as required by law or to professional advisors bound by confidentiality.</w:t>
      </w:r>
    </w:p>
    <w:p/>
    <w:p>
      <w:r>
        <w:rPr>
          <w:b/>
          <w:sz w:val="20"/>
        </w:rPr>
        <w:t>GOVERNING LAW AND JURISDICTION</w:t>
      </w:r>
    </w:p>
    <w:p>
      <w:r>
        <w:rPr>
          <w:b w:val="0"/>
          <w:sz w:val="20"/>
        </w:rPr>
        <w:t>This LOI and any subsequent lease agreement shall be governed by and construed in accordance with the laws of the State of ____________________. Any disputes arising shall be subject to the exclusive jurisdiction of the courts in ____________________ County, ____________________ State.</w:t>
      </w:r>
    </w:p>
    <w:p/>
    <w:p>
      <w:r>
        <w:rPr>
          <w:b/>
          <w:sz w:val="20"/>
        </w:rPr>
        <w:t>BINDING PROVISIONS</w:t>
      </w:r>
    </w:p>
    <w:p>
      <w:r>
        <w:rPr>
          <w:b w:val="0"/>
          <w:sz w:val="20"/>
        </w:rPr>
        <w:t>Except for the provisions regarding Confidentiality, Governing Law, and Binding Provisions themselves, this LOI is non-binding and intended solely as a basis for negotiating a definitive Lease Agreement.</w:t>
      </w:r>
    </w:p>
    <w:p/>
    <w:p/>
    <w:p>
      <w:r>
        <w:rPr>
          <w:b/>
          <w:sz w:val="20"/>
        </w:rPr>
        <w:t>EXECUTION</w:t>
      </w:r>
    </w:p>
    <w:p>
      <w:r>
        <w:rPr>
          <w:b w:val="0"/>
          <w:sz w:val="20"/>
        </w:rPr>
        <w:t>The parties acknowledge that this LOI may be executed in counterparts, each of which shall be deemed an original, but all of which together shall constitute one and the same instrument.</w:t>
      </w:r>
    </w:p>
    <w:p/>
    <w:p/>
    <w:p>
      <w:r>
        <w:rPr>
          <w:b w:val="0"/>
          <w:sz w:val="20"/>
        </w:rPr>
        <w:t>Landlord Signature: ________________________________________________</w:t>
      </w:r>
    </w:p>
    <w:p>
      <w:r>
        <w:rPr>
          <w:b w:val="0"/>
          <w:sz w:val="20"/>
        </w:rPr>
        <w:t>Print Name: ______________________________________________________</w:t>
      </w:r>
    </w:p>
    <w:p>
      <w:r>
        <w:rPr>
          <w:b w:val="0"/>
          <w:sz w:val="20"/>
        </w:rPr>
        <w:t>Title: ____________________________________________________________</w:t>
      </w:r>
    </w:p>
    <w:p/>
    <w:p/>
    <w:p/>
    <w:p>
      <w:r>
        <w:rPr>
          <w:b w:val="0"/>
          <w:sz w:val="20"/>
        </w:rPr>
        <w:t>Tenant Signature: _________________________________________________</w:t>
      </w:r>
    </w:p>
    <w:p>
      <w:r>
        <w:rPr>
          <w:b w:val="0"/>
          <w:sz w:val="20"/>
        </w:rPr>
        <w:t>Print Name: ______________________________________________________</w:t>
      </w:r>
    </w:p>
    <w:p>
      <w:r>
        <w:rPr>
          <w:b w:val="0"/>
          <w:sz w:val="20"/>
        </w:rPr>
        <w:t>Title: ____________________________________________________________</w:t>
      </w:r>
    </w:p>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LANDLORD</w:t>
            </w:r>
          </w:p>
        </w:tc>
        <w:tc>
          <w:tcPr>
            <w:tcW w:type="dxa" w:w="4986"/>
            <w:tcBorders>
              <w:top w:val="nil"/>
              <w:left w:val="nil"/>
              <w:bottom w:val="nil"/>
              <w:right w:val="nil"/>
              <w:insideH w:val="nil"/>
              <w:insideV w:val="nil"/>
            </w:tcBorders>
          </w:tcPr>
          <w:p>
            <w:pPr>
              <w:jc w:val="center"/>
            </w:pPr>
            <w:r>
              <w:t>TENANT</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https://letterdocs-us.com/commercial-lease-letter-of-intent/</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https://letterdocs-us.com</w:t>
        </w:r>
      </w:hyperlink>
    </w:p>
    <w:p>
      <w:pPr>
        <w:jc w:val="center"/>
      </w:pPr>
      <w:r>
        <w:rPr>
          <w:color w:val="808080"/>
          <w:sz w:val="20"/>
        </w:rPr>
        <w:t>This template is intended exclusively for personal, non-commercial use.</w:t>
        <w:br/>
        <w:t>If distributed or published, the source must be mentioned. © letterdocs-us.com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letterdocs-us.com/commercial-lease-letter-of-intent/" TargetMode="External"/><Relationship Id="rId10" Type="http://schemas.openxmlformats.org/officeDocument/2006/relationships/hyperlink" Target="https://letterdocs-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