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COLLEGE RECOMMENDATION LETTER REQUEST</w:t>
      </w:r>
    </w:p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Mailing Address: ______________________________________________________</w:t>
      </w:r>
    </w:p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Professor/Advisor Full Name: ___________________________________________</w:t>
      </w:r>
    </w:p>
    <w:p>
      <w:r>
        <w:rPr>
          <w:b w:val="0"/>
          <w:sz w:val="20"/>
        </w:rPr>
        <w:t>Department: ___________________________________________________________</w:t>
      </w:r>
    </w:p>
    <w:p>
      <w:r>
        <w:rPr>
          <w:b w:val="0"/>
          <w:sz w:val="20"/>
        </w:rPr>
        <w:t>Institution Name: _____________________________________________________</w:t>
      </w:r>
    </w:p>
    <w:p>
      <w:r>
        <w:rPr>
          <w:b w:val="0"/>
          <w:sz w:val="20"/>
        </w:rPr>
        <w:t>Email Address: ________________________________________________________</w:t>
      </w:r>
    </w:p>
    <w:p/>
    <w:p>
      <w:r>
        <w:rPr>
          <w:b w:val="0"/>
          <w:sz w:val="20"/>
        </w:rPr>
        <w:t>Dear Professor/Advisor,</w:t>
      </w:r>
    </w:p>
    <w:p/>
    <w:p>
      <w:r>
        <w:rPr>
          <w:b w:val="0"/>
          <w:sz w:val="20"/>
        </w:rPr>
        <w:t>I hope this message finds you well. I am writing to respectfully request a letter of recommendation for my application to college. Your guidance and support have been invaluable during my academic journey, and I believe your recommendation would greatly enhance my application.</w:t>
      </w:r>
    </w:p>
    <w:p/>
    <w:p>
      <w:r>
        <w:rPr>
          <w:b w:val="0"/>
          <w:sz w:val="20"/>
        </w:rPr>
        <w:t>Throughout my time at [Institution Name], I have strived to maintain a strong academic record and actively participate in extracurricular activities. I have taken courses such as [Course Names] under your instruction, where I have developed skills in [Skills/Topics]. Your insight into my performance and character would provide a valuable perspective.</w:t>
      </w:r>
    </w:p>
    <w:p/>
    <w:p>
      <w:r>
        <w:rPr>
          <w:b w:val="0"/>
          <w:sz w:val="20"/>
        </w:rPr>
        <w:t>I am applying to [College/University Name] to pursue a degree in [Intended Major]. The program’s focus on [Program Highlights] aligns with my career goals. Your recommendation would be instrumental in demonstrating my qualifications and commitment to this field.</w:t>
      </w:r>
    </w:p>
    <w:p/>
    <w:p>
      <w:r>
        <w:rPr>
          <w:b w:val="0"/>
          <w:sz w:val="20"/>
        </w:rPr>
        <w:t>If you agree to write this letter, the deadline for submission is __________________. The letter can be submitted electronically at [submission link/email] or mailed to [mailing address]. If you require any additional information, transcripts, or forms, please let me know, and I will provide them promptly.</w:t>
      </w:r>
    </w:p>
    <w:p/>
    <w:p>
      <w:r>
        <w:rPr>
          <w:b w:val="0"/>
          <w:sz w:val="20"/>
        </w:rPr>
        <w:t>Thank you very much for considering my request. I appreciate your time and support, and I am grateful for the positive impact you have had on my education. Please feel free to contact me at any time via phone or email should you have any questions.</w:t>
      </w:r>
    </w:p>
    <w:p/>
    <w:p/>
    <w:p>
      <w:r>
        <w:rPr>
          <w:b w:val="0"/>
          <w:sz w:val="20"/>
        </w:rPr>
        <w:t>Sincerely,</w:t>
      </w:r>
    </w:p>
    <w:p/>
    <w:p/>
    <w:p/>
    <w:p>
      <w:r>
        <w:rPr>
          <w:b w:val="0"/>
          <w:sz w:val="20"/>
        </w:rPr>
        <w:t>_________________________________________</w:t>
      </w:r>
    </w:p>
    <w:p>
      <w:r>
        <w:rPr>
          <w:b w:val="0"/>
          <w:sz w:val="20"/>
        </w:rPr>
        <w:t>Full Name</w:t>
      </w:r>
    </w:p>
    <w:p>
      <w:r>
        <w:rPr>
          <w:b w:val="0"/>
          <w:sz w:val="20"/>
        </w:rPr>
        <w:t>Phone Number: ___________________________</w:t>
      </w:r>
    </w:p>
    <w:p>
      <w:r>
        <w:rPr>
          <w:b w:val="0"/>
          <w:sz w:val="20"/>
        </w:rPr>
        <w:t>Email Address: 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Sender’s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https://letterdocs-us.com/college-recommendation-letter-request/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docs-us.com/college-recommendation-letter-request/" TargetMode="External"/><Relationship Id="rId10" Type="http://schemas.openxmlformats.org/officeDocument/2006/relationships/hyperlink" Target="https://letter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