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FINAL NOTICE - COLLECTION LETTER</w:t>
      </w:r>
    </w:p>
    <w:p/>
    <w:p/>
    <w:p>
      <w:r>
        <w:rPr>
          <w:b/>
          <w:sz w:val="20"/>
        </w:rPr>
        <w:t>To:</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w:t>
      </w:r>
    </w:p>
    <w:p/>
    <w:p>
      <w:r>
        <w:rPr>
          <w:b/>
          <w:sz w:val="20"/>
        </w:rPr>
        <w:t>From:</w:t>
      </w:r>
    </w:p>
    <w:p>
      <w:r>
        <w:rPr>
          <w:b w:val="0"/>
          <w:sz w:val="20"/>
        </w:rPr>
        <w:t>Name: ________________________________________________________________</w:t>
      </w:r>
    </w:p>
    <w:p>
      <w:r>
        <w:rPr>
          <w:b w:val="0"/>
          <w:sz w:val="20"/>
        </w:rPr>
        <w:t>Company: _____________________________________________________________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________________________________________________________________</w:t>
      </w:r>
    </w:p>
    <w:p/>
    <w:p/>
    <w:p>
      <w:pPr>
        <w:jc w:val="center"/>
      </w:pPr>
      <w:r>
        <w:rPr>
          <w:b/>
          <w:sz w:val="20"/>
        </w:rPr>
        <w:t>Subject: Final Notice for Outstanding Payment</w:t>
      </w:r>
    </w:p>
    <w:p/>
    <w:p/>
    <w:p>
      <w:r>
        <w:rPr>
          <w:b w:val="0"/>
          <w:sz w:val="20"/>
        </w:rPr>
        <w:t>Dear Sir or Madam,</w:t>
      </w:r>
    </w:p>
    <w:p/>
    <w:p>
      <w:r>
        <w:rPr>
          <w:b w:val="0"/>
          <w:sz w:val="20"/>
        </w:rPr>
        <w:t>This letter serves as the final notice regarding your overdue payment. Despite previous reminders, our records indicate that the payment for the amount detailed below remains unpaid. Immediate payment is required to avoid further actions.</w:t>
      </w:r>
    </w:p>
    <w:p/>
    <w:p/>
    <w:p>
      <w:r>
        <w:rPr>
          <w:b/>
          <w:sz w:val="20"/>
        </w:rPr>
        <w:t>Invoice / Account Details:</w:t>
      </w:r>
    </w:p>
    <w:p>
      <w:r>
        <w:rPr>
          <w:b w:val="0"/>
          <w:sz w:val="20"/>
        </w:rPr>
        <w:t>Invoice Number: ______________________________________________________</w:t>
      </w:r>
    </w:p>
    <w:p>
      <w:r>
        <w:rPr>
          <w:b w:val="0"/>
          <w:sz w:val="20"/>
        </w:rPr>
        <w:t>Invoice Date: ________________________________________________________</w:t>
      </w:r>
    </w:p>
    <w:p>
      <w:r>
        <w:rPr>
          <w:b w:val="0"/>
          <w:sz w:val="20"/>
        </w:rPr>
        <w:t>Outstanding Amount: $_________________________ USD</w:t>
      </w:r>
    </w:p>
    <w:p>
      <w:r>
        <w:rPr>
          <w:b w:val="0"/>
          <w:sz w:val="20"/>
        </w:rPr>
        <w:t>Due Date: ____________________________________________________________</w:t>
      </w:r>
    </w:p>
    <w:p/>
    <w:p>
      <w:r>
        <w:rPr>
          <w:b/>
          <w:sz w:val="20"/>
        </w:rPr>
        <w:t>Payment Instructions:</w:t>
      </w:r>
    </w:p>
    <w:p>
      <w:r>
        <w:rPr>
          <w:b w:val="0"/>
          <w:sz w:val="20"/>
        </w:rPr>
        <w:t>Please remit payment in full using one of the following methods:</w:t>
      </w:r>
    </w:p>
    <w:p>
      <w:r>
        <w:rPr>
          <w:b w:val="0"/>
          <w:sz w:val="20"/>
        </w:rPr>
        <w:t>- Check payable to: ________________________________________________</w:t>
      </w:r>
    </w:p>
    <w:p>
      <w:r>
        <w:rPr>
          <w:b w:val="0"/>
          <w:sz w:val="20"/>
        </w:rPr>
        <w:t>- Wire transfer to bank account:</w:t>
      </w:r>
    </w:p>
    <w:p>
      <w:r>
        <w:rPr>
          <w:b w:val="0"/>
          <w:sz w:val="20"/>
        </w:rPr>
        <w:t xml:space="preserve">  Bank Name: ________________________________________________________</w:t>
      </w:r>
    </w:p>
    <w:p>
      <w:r>
        <w:rPr>
          <w:b w:val="0"/>
          <w:sz w:val="20"/>
        </w:rPr>
        <w:t xml:space="preserve">  Account Number: ___________________________________________________</w:t>
      </w:r>
    </w:p>
    <w:p>
      <w:r>
        <w:rPr>
          <w:b w:val="0"/>
          <w:sz w:val="20"/>
        </w:rPr>
        <w:t xml:space="preserve">  Routing Number: ___________________________________________________</w:t>
      </w:r>
    </w:p>
    <w:p>
      <w:r>
        <w:rPr>
          <w:b w:val="0"/>
          <w:sz w:val="20"/>
        </w:rPr>
        <w:t xml:space="preserve">  SWIFT/BIC Code (if applicable): _____________________________________</w:t>
      </w:r>
    </w:p>
    <w:p>
      <w:r>
        <w:rPr>
          <w:b w:val="0"/>
          <w:sz w:val="20"/>
        </w:rPr>
        <w:t>- Online payment portal: ____________________________________________</w:t>
      </w:r>
    </w:p>
    <w:p/>
    <w:p>
      <w:r>
        <w:rPr>
          <w:b/>
          <w:sz w:val="20"/>
        </w:rPr>
        <w:t>Consequences of Non-Payment:</w:t>
      </w:r>
    </w:p>
    <w:p>
      <w:r>
        <w:rPr>
          <w:b w:val="0"/>
          <w:sz w:val="20"/>
        </w:rPr>
        <w:t>If payment is not received within seven (7) calendar days from receipt of this letter, we reserve the right to initiate collection procedures, which may include but are not limited to engaging third-party collection agencies, reporting to credit bureaus, and pursuing legal remedies to recover the outstanding amount plus any additional costs incurred, including interest, collection fees, and attorneys’ fees as permitted by law.</w:t>
      </w:r>
    </w:p>
    <w:p/>
    <w:p>
      <w:r>
        <w:rPr>
          <w:b/>
          <w:sz w:val="20"/>
        </w:rPr>
        <w:t>Interest and Additional Charges:</w:t>
      </w:r>
    </w:p>
    <w:p>
      <w:r>
        <w:rPr>
          <w:b w:val="0"/>
          <w:sz w:val="20"/>
        </w:rPr>
        <w:t>Pursuant to applicable law and the terms of our agreement, interest on the overdue amount will accrue at the rate of 1.5% per month (18% per annum) or the maximum rate permitted by law, whichever is lower, commencing from the original due date until payment is received in full. You are also responsible for any costs associated with collection efforts.</w:t>
      </w:r>
    </w:p>
    <w:p/>
    <w:p>
      <w:r>
        <w:rPr>
          <w:b/>
          <w:sz w:val="20"/>
        </w:rPr>
        <w:t>Disputes and Inquiries:</w:t>
      </w:r>
    </w:p>
    <w:p>
      <w:r>
        <w:rPr>
          <w:b w:val="0"/>
          <w:sz w:val="20"/>
        </w:rPr>
        <w:t>If you believe this notice is in error or if you have any questions regarding this balance, please contact our office immediately using the contact information provided above to resolve this matter promptly.</w:t>
      </w:r>
    </w:p>
    <w:p/>
    <w:p/>
    <w:p>
      <w:r>
        <w:rPr>
          <w:b w:val="0"/>
          <w:sz w:val="20"/>
        </w:rPr>
        <w:t>We urge you to treat this matter with the utmost importance to avoid escalation.</w:t>
      </w:r>
    </w:p>
    <w:p/>
    <w:p/>
    <w:p>
      <w:r>
        <w:rPr>
          <w:b w:val="0"/>
          <w:sz w:val="20"/>
        </w:rPr>
        <w:t>Sincerely,</w:t>
      </w:r>
    </w:p>
    <w:p/>
    <w:p/>
    <w:p/>
    <w:p>
      <w:r>
        <w:rPr>
          <w:b w:val="0"/>
          <w:sz w:val="20"/>
        </w:rPr>
        <w:t>Authorized Representative: ____________________________________________</w:t>
      </w:r>
    </w:p>
    <w:p>
      <w:r>
        <w:rPr>
          <w:b w:val="0"/>
          <w:sz w:val="20"/>
        </w:rPr>
        <w:t>Title: _______________________________________________________________</w:t>
      </w:r>
    </w:p>
    <w:p>
      <w:r>
        <w:rPr>
          <w:b w:val="0"/>
          <w:sz w:val="20"/>
        </w:rPr>
        <w:t>Signature: ___________________________________________________________</w:t>
      </w:r>
    </w:p>
    <w:p/>
    <w:p/>
    <w:p>
      <w:r>
        <w:rPr>
          <w:b w:val="0"/>
          <w:sz w:val="20"/>
        </w:rPr>
        <w:t>Place: ____________________________</w:t>
      </w:r>
    </w:p>
    <w:p>
      <w:r>
        <w:rPr>
          <w:b w:val="0"/>
          <w:sz w:val="20"/>
        </w:rPr>
        <w:t>Date: 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https://letterdocs-us.com/collection-letter-final-notice/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collection-letter-final-notice/"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