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CLOSE-OUT LETTER</w:t>
      </w:r>
    </w:p>
    <w:p/>
    <w:p/>
    <w:p>
      <w:r>
        <w:rPr>
          <w:b/>
          <w:sz w:val="20"/>
        </w:rPr>
        <w:t>To Whom It May Concern:</w:t>
      </w:r>
    </w:p>
    <w:p/>
    <w:p>
      <w:r>
        <w:rPr>
          <w:b w:val="0"/>
          <w:sz w:val="20"/>
        </w:rPr>
        <w:t>This Close-Out Letter ("Letter") confirms that all obligations, duties, and responsibilities under the contract/agreement between the undersigned parties (the "Agreement") have been fully performed, satisfied, and discharged to date. This Letter serves as a formal acknowledgement that no further claims, demands, or liabilities exist between the parties arising from or relating to the Agreement.</w:t>
      </w:r>
    </w:p>
    <w:p/>
    <w:p/>
    <w:p>
      <w:r>
        <w:rPr>
          <w:b/>
          <w:sz w:val="20"/>
        </w:rPr>
        <w:t>Parties:</w:t>
      </w:r>
    </w:p>
    <w:p>
      <w:r>
        <w:rPr>
          <w:b w:val="0"/>
          <w:sz w:val="20"/>
        </w:rPr>
        <w:t>Seller / Obligor: 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p>
      <w:r>
        <w:rPr>
          <w:b w:val="0"/>
          <w:sz w:val="20"/>
        </w:rPr>
        <w:t>Buyer / Obligee: _______________________________________________</w:t>
      </w:r>
    </w:p>
    <w:p>
      <w:r>
        <w:rPr>
          <w:b w:val="0"/>
          <w:sz w:val="20"/>
        </w:rPr>
        <w:t>Address: _________________________________________________________</w:t>
      </w:r>
    </w:p>
    <w:p>
      <w:r>
        <w:rPr>
          <w:b w:val="0"/>
          <w:sz w:val="20"/>
        </w:rPr>
        <w:t>Phone: ___________________________________________________________</w:t>
      </w:r>
    </w:p>
    <w:p/>
    <w:p/>
    <w:p>
      <w:r>
        <w:rPr>
          <w:b/>
          <w:sz w:val="20"/>
        </w:rPr>
        <w:t>RECITALS</w:t>
      </w:r>
    </w:p>
    <w:p>
      <w:r>
        <w:rPr>
          <w:b w:val="0"/>
          <w:sz w:val="20"/>
        </w:rPr>
        <w:t>WHEREAS, the Seller and Buyer entered into the Agreement concerning the sale and purchase of certain goods/services; and</w:t>
      </w:r>
    </w:p>
    <w:p>
      <w:r>
        <w:rPr>
          <w:b w:val="0"/>
          <w:sz w:val="20"/>
        </w:rPr>
        <w:t>WHEREAS, all terms, conditions, payments, and obligations pursuant to the Agreement have been fulfilled or mutually waived;</w:t>
      </w:r>
    </w:p>
    <w:p>
      <w:r>
        <w:rPr>
          <w:b w:val="0"/>
          <w:sz w:val="20"/>
        </w:rPr>
        <w:t>NOW, THEREFORE, the parties agree as follows:</w:t>
      </w:r>
    </w:p>
    <w:p/>
    <w:p/>
    <w:p>
      <w:r>
        <w:rPr>
          <w:b/>
          <w:sz w:val="20"/>
        </w:rPr>
        <w:t>1. Release of Obligations</w:t>
      </w:r>
    </w:p>
    <w:p>
      <w:r>
        <w:rPr>
          <w:b w:val="0"/>
          <w:sz w:val="20"/>
        </w:rPr>
        <w:t>The Buyer hereby acknowledges and agrees that the Seller has fully performed all duties and obligations under the Agreement, and the Seller is fully released and discharged from any further liability, claims, or demands arising from or in connection with the Agreement.</w:t>
      </w:r>
    </w:p>
    <w:p/>
    <w:p>
      <w:r>
        <w:rPr>
          <w:b/>
          <w:sz w:val="20"/>
        </w:rPr>
        <w:t>2. No Outstanding Claims or Liabilities</w:t>
      </w:r>
    </w:p>
    <w:p>
      <w:r>
        <w:rPr>
          <w:b w:val="0"/>
          <w:sz w:val="20"/>
        </w:rPr>
        <w:t>Each party represents and warrants that to the best of its knowledge, there are no outstanding claims, disputes, or liabilities related to the Agreement that have not been previously disclosed and resolved in writing.</w:t>
      </w:r>
    </w:p>
    <w:p/>
    <w:p>
      <w:r>
        <w:rPr>
          <w:b/>
          <w:sz w:val="20"/>
        </w:rPr>
        <w:t>3. Final Payment and Accounting</w:t>
      </w:r>
    </w:p>
    <w:p>
      <w:r>
        <w:rPr>
          <w:b w:val="0"/>
          <w:sz w:val="20"/>
        </w:rPr>
        <w:t>The parties acknowledge that all payments due under the Agreement have been made in full. No further invoices or financial obligations remain outstanding or payable by either party.</w:t>
      </w:r>
    </w:p>
    <w:p/>
    <w:p>
      <w:r>
        <w:rPr>
          <w:b/>
          <w:sz w:val="20"/>
        </w:rPr>
        <w:t>4. Confidentiality and Non-Disparagement</w:t>
      </w:r>
    </w:p>
    <w:p>
      <w:r>
        <w:rPr>
          <w:b w:val="0"/>
          <w:sz w:val="20"/>
        </w:rPr>
        <w:t>The parties agree to keep the terms of this Close-Out Letter and any related information confidential, except as required by law or agreed upon in writing. Neither party shall make any disparaging or harmful statements concerning the other party regarding the Agreement or the transactions contemplated herein.</w:t>
      </w:r>
    </w:p>
    <w:p/>
    <w:p>
      <w:r>
        <w:rPr>
          <w:b/>
          <w:sz w:val="20"/>
        </w:rPr>
        <w:t>5. Governing Law and Jurisdiction</w:t>
      </w:r>
    </w:p>
    <w:p>
      <w:r>
        <w:rPr>
          <w:b w:val="0"/>
          <w:sz w:val="20"/>
        </w:rPr>
        <w:t>This Letter and any dispute arising out of or relating to it shall be governed by and construed in accordance with the laws of the United States of America and the State in which the Agreement was executed, without regard to conflict of law principles. The parties consent to the exclusive jurisdiction of state and federal courts located within that State for the resolution of any disputes.</w:t>
      </w:r>
    </w:p>
    <w:p/>
    <w:p>
      <w:r>
        <w:rPr>
          <w:b/>
          <w:sz w:val="20"/>
        </w:rPr>
        <w:t>6. Entire Agreement</w:t>
      </w:r>
    </w:p>
    <w:p>
      <w:r>
        <w:rPr>
          <w:b w:val="0"/>
          <w:sz w:val="20"/>
        </w:rPr>
        <w:t>This Close-Out Letter constitutes the entire agreement between the parties with respect to the subject matter hereof and supersedes all prior or contemporaneous oral or written agreements, representations, or understandings.</w:t>
      </w:r>
    </w:p>
    <w:p/>
    <w:p>
      <w:r>
        <w:rPr>
          <w:b/>
          <w:sz w:val="20"/>
        </w:rPr>
        <w:t>7. Amendments</w:t>
      </w:r>
    </w:p>
    <w:p>
      <w:r>
        <w:rPr>
          <w:b w:val="0"/>
          <w:sz w:val="20"/>
        </w:rPr>
        <w:t>No amendment or modification to this Letter shall be effective unless made in writing and signed by authorized representatives of both parties.</w:t>
      </w:r>
    </w:p>
    <w:p/>
    <w:p/>
    <w:p>
      <w:r>
        <w:rPr>
          <w:b w:val="0"/>
          <w:sz w:val="20"/>
        </w:rPr>
        <w:t>The undersigned parties represent and warrant that they have full authority to enter into this Close-Out Letter, and that this Letter is executed voluntarily and with full knowledge of its legal effect.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 / OBLIGOR</w:t>
            </w:r>
          </w:p>
        </w:tc>
        <w:tc>
          <w:tcPr>
            <w:tcW w:type="dxa" w:w="4986"/>
            <w:tcBorders>
              <w:top w:val="nil"/>
              <w:left w:val="nil"/>
              <w:bottom w:val="nil"/>
              <w:right w:val="nil"/>
              <w:insideH w:val="nil"/>
              <w:insideV w:val="nil"/>
            </w:tcBorders>
          </w:tcPr>
          <w:p>
            <w:pPr>
              <w:jc w:val="center"/>
            </w:pPr>
            <w:r>
              <w:t>BUYER / OBLIGEE</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w:t>
              <w:br/>
              <w:t>Title: ______________________________</w:t>
            </w:r>
          </w:p>
        </w:tc>
        <w:tc>
          <w:tcPr>
            <w:tcW w:type="dxa" w:w="4986"/>
            <w:tcBorders>
              <w:top w:val="nil"/>
              <w:left w:val="nil"/>
              <w:bottom w:val="nil"/>
              <w:right w:val="nil"/>
              <w:insideH w:val="nil"/>
              <w:insideV w:val="nil"/>
            </w:tcBorders>
          </w:tcPr>
          <w:p>
            <w:pPr>
              <w:jc w:val="center"/>
            </w:pPr>
            <w:r>
              <w:t>Name: _______________________________</w:t>
              <w:br/>
              <w:t>Title: 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https://letterdocs-us.com/close-ein-letter/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lose-ei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