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RECOMMENDATION FOR UNITED STATES CITIZENSHIP APPLICATION</w:t>
      </w:r>
    </w:p>
    <w:p/>
    <w:p/>
    <w:p>
      <w:r>
        <w:rPr>
          <w:b w:val="0"/>
          <w:sz w:val="20"/>
        </w:rPr>
        <w:t>To Whom It May Concern,</w:t>
      </w:r>
    </w:p>
    <w:p/>
    <w:p>
      <w:r>
        <w:rPr>
          <w:b w:val="0"/>
          <w:sz w:val="20"/>
        </w:rPr>
        <w:t>I am writing this letter to provide my strongest recommendation for the citizenship application of the individual named below. This letter serves as an endorsement of their good moral character, attachment to the principles of the U.S. Constitution, and commitment to becoming a positive and contributing member of the United States of America.</w:t>
      </w:r>
    </w:p>
    <w:p/>
    <w:p/>
    <w:p>
      <w:r>
        <w:rPr>
          <w:b/>
          <w:sz w:val="22"/>
        </w:rPr>
        <w:t>Applicant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Place of Birth: ________________________________________________________</w:t>
      </w:r>
    </w:p>
    <w:p>
      <w:r>
        <w:rPr>
          <w:b w:val="0"/>
          <w:sz w:val="20"/>
        </w:rPr>
        <w:t>Current Address: 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2"/>
        </w:rPr>
        <w:t>Recommender Information:</w:t>
      </w:r>
    </w:p>
    <w:p>
      <w:r>
        <w:rPr>
          <w:b w:val="0"/>
          <w:sz w:val="20"/>
        </w:rPr>
        <w:t>Full Name: ____________________________________________________________</w:t>
      </w:r>
    </w:p>
    <w:p>
      <w:r>
        <w:rPr>
          <w:b w:val="0"/>
          <w:sz w:val="20"/>
        </w:rPr>
        <w:t>Relationship to Applicant: ______________________________________________</w:t>
      </w:r>
    </w:p>
    <w:p>
      <w:r>
        <w:rPr>
          <w:b w:val="0"/>
          <w:sz w:val="20"/>
        </w:rPr>
        <w:t>Occupation: 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2"/>
        </w:rPr>
        <w:t>Relationship and Duration of Acquaintance:</w:t>
      </w:r>
    </w:p>
    <w:p>
      <w:r>
        <w:rPr>
          <w:b w:val="0"/>
          <w:sz w:val="20"/>
        </w:rPr>
        <w:t>I have known the applicant for ______________ years and have had numerous opportunities to observe their character, conduct, and commitment to the community.</w:t>
      </w:r>
    </w:p>
    <w:p/>
    <w:p>
      <w:r>
        <w:rPr>
          <w:b/>
          <w:sz w:val="22"/>
        </w:rPr>
        <w:t>Character and Conduct:</w:t>
      </w:r>
    </w:p>
    <w:p>
      <w:r>
        <w:rPr>
          <w:b w:val="0"/>
          <w:sz w:val="20"/>
        </w:rPr>
        <w:t>The applicant is a person of exemplary moral character. They consistently demonstrate honesty, integrity, and respect for the laws and customs of the United States. I have never known them to engage in any criminal activity or conduct that would reflect negatively on their suitability for citizenship.</w:t>
      </w:r>
    </w:p>
    <w:p/>
    <w:p>
      <w:r>
        <w:rPr>
          <w:b/>
          <w:sz w:val="22"/>
        </w:rPr>
        <w:t>Attachment to the Principles of the U.S. Constitution:</w:t>
      </w:r>
    </w:p>
    <w:p>
      <w:r>
        <w:rPr>
          <w:b w:val="0"/>
          <w:sz w:val="20"/>
        </w:rPr>
        <w:t>The applicant has shown a deep respect and commitment to the principles of the United States Constitution and has actively participated in community service and civic activities that promote these values. Their actions illustrate a sincere desire to integrate fully into American society and uphold its democratic ideals.</w:t>
      </w:r>
    </w:p>
    <w:p/>
    <w:p>
      <w:r>
        <w:rPr>
          <w:b/>
          <w:sz w:val="22"/>
        </w:rPr>
        <w:t>English Language Proficiency and Knowledge of U.S. History and Government:</w:t>
      </w:r>
    </w:p>
    <w:p>
      <w:r>
        <w:rPr>
          <w:b w:val="0"/>
          <w:sz w:val="20"/>
        </w:rPr>
        <w:t>To the best of my knowledge, the applicant possesses sufficient ability to read, write, and speak English and has demonstrated an understanding of United States history and government, which are essential for successful integration as a citizen.</w:t>
      </w:r>
    </w:p>
    <w:p/>
    <w:p>
      <w:r>
        <w:rPr>
          <w:b/>
          <w:sz w:val="22"/>
        </w:rPr>
        <w:t>Closing Statement:</w:t>
      </w:r>
    </w:p>
    <w:p>
      <w:r>
        <w:rPr>
          <w:b w:val="0"/>
          <w:sz w:val="20"/>
        </w:rPr>
        <w:t>Based on my knowledge and experience with the applicant, I wholeheartedly recommend their application for United States citizenship. I am confident that they will be a valuable asset to the country and uphold the responsibilities and privileges that come with citizenship.</w:t>
      </w:r>
    </w:p>
    <w:p/>
    <w:p/>
    <w:p>
      <w:r>
        <w:rPr>
          <w:b w:val="0"/>
          <w:sz w:val="20"/>
        </w:rPr>
        <w:t>Sincerely,</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Signature: ___________________________________________</w:t>
            </w:r>
          </w:p>
        </w:tc>
      </w:tr>
      <w:tr>
        <w:tc>
          <w:tcPr>
            <w:tcW w:type="dxa" w:w="9972"/>
            <w:tcBorders>
              <w:top w:val="nil"/>
              <w:left w:val="nil"/>
              <w:bottom w:val="nil"/>
              <w:right w:val="nil"/>
              <w:insideH w:val="nil"/>
              <w:insideV w:val="nil"/>
            </w:tcBorders>
          </w:tcPr>
          <w:p>
            <w:pPr>
              <w:jc w:val="center"/>
            </w:pPr>
            <w:r>
              <w:t>Printed Name: ________________________________________</w:t>
            </w:r>
          </w:p>
        </w:tc>
      </w:tr>
      <w:tr>
        <w:tc>
          <w:tcPr>
            <w:tcW w:type="dxa" w:w="9972"/>
            <w:tcBorders>
              <w:top w:val="nil"/>
              <w:left w:val="nil"/>
              <w:bottom w:val="nil"/>
              <w:right w:val="nil"/>
              <w:insideH w:val="nil"/>
              <w:insideV w:val="nil"/>
            </w:tcBorders>
          </w:tcPr>
          <w:p>
            <w:pPr>
              <w:jc w:val="center"/>
            </w:pPr>
            <w:r>
              <w:t>Date: ________________________________________________</w:t>
            </w:r>
          </w:p>
        </w:tc>
      </w:tr>
    </w:tbl>
    <w:p/>
    <w:p/>
    <w:p>
      <w:r>
        <w:rPr>
          <w:b/>
          <w:sz w:val="22"/>
        </w:rPr>
        <w:t>Notarization (if required):</w:t>
      </w:r>
    </w:p>
    <w:p>
      <w:r>
        <w:rPr>
          <w:b w:val="0"/>
          <w:sz w:val="20"/>
        </w:rPr>
        <w:t>State of _______________________</w:t>
      </w:r>
    </w:p>
    <w:p>
      <w:r>
        <w:rPr>
          <w:b w:val="0"/>
          <w:sz w:val="20"/>
        </w:rPr>
        <w:t>County of ______________________</w:t>
      </w:r>
    </w:p>
    <w:p/>
    <w:p>
      <w:r>
        <w:rPr>
          <w:b w:val="0"/>
          <w:sz w:val="20"/>
        </w:rPr>
        <w:t>Subscribed and sworn to (or affirmed) before me on this ______ day of ________________, by ____________________________, proved to me on the basis of satisfactory evidence to be the person(s) who appeared before me.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Notary Signature</w:t>
            </w:r>
          </w:p>
        </w:tc>
        <w:tc>
          <w:tcPr>
            <w:tcW w:type="dxa" w:w="4986"/>
            <w:tcBorders>
              <w:top w:val="nil"/>
              <w:left w:val="nil"/>
              <w:bottom w:val="nil"/>
              <w:right w:val="nil"/>
              <w:insideH w:val="nil"/>
              <w:insideV w:val="nil"/>
            </w:tcBorders>
          </w:tcPr>
          <w:p>
            <w:pPr>
              <w:jc w:val="center"/>
            </w:pPr>
            <w:r>
              <w:t>Notary Printed Name</w:t>
            </w:r>
          </w:p>
        </w:tc>
      </w:tr>
      <w:tr>
        <w:tc>
          <w:tcPr>
            <w:tcW w:type="dxa" w:w="4986"/>
            <w:tcBorders>
              <w:top w:val="nil"/>
              <w:left w:val="nil"/>
              <w:bottom w:val="nil"/>
              <w:right w:val="nil"/>
              <w:insideH w:val="nil"/>
              <w:insideV w:val="nil"/>
            </w:tcBorders>
          </w:tcPr>
          <w:p>
            <w:pPr>
              <w:jc w:val="center"/>
            </w:pPr>
            <w:r>
              <w:br/>
              <w:br/>
              <w:t>__________________________________</w:t>
            </w:r>
          </w:p>
        </w:tc>
        <w:tc>
          <w:tcPr>
            <w:tcW w:type="dxa" w:w="4986"/>
            <w:tcBorders>
              <w:top w:val="nil"/>
              <w:left w:val="nil"/>
              <w:bottom w:val="nil"/>
              <w:right w:val="nil"/>
              <w:insideH w:val="nil"/>
              <w:insideV w:val="nil"/>
            </w:tcBorders>
          </w:tcPr>
          <w:p>
            <w:pPr>
              <w:jc w:val="center"/>
            </w:pPr>
            <w:r>
              <w:br/>
              <w:br/>
              <w:t>__________________________________</w:t>
            </w:r>
          </w:p>
        </w:tc>
      </w:tr>
      <w:tr>
        <w:tc>
          <w:tcPr>
            <w:tcW w:type="dxa" w:w="4986"/>
            <w:tcBorders>
              <w:top w:val="nil"/>
              <w:left w:val="nil"/>
              <w:bottom w:val="nil"/>
              <w:right w:val="nil"/>
              <w:insideH w:val="nil"/>
              <w:insideV w:val="nil"/>
            </w:tcBorders>
          </w:tcPr>
          <w:p>
            <w:pPr>
              <w:jc w:val="center"/>
            </w:pPr>
            <w:r>
              <w:t>Commission Number: _____________________</w:t>
            </w:r>
          </w:p>
        </w:tc>
        <w:tc>
          <w:tcPr>
            <w:tcW w:type="dxa" w:w="4986"/>
            <w:tcBorders>
              <w:top w:val="nil"/>
              <w:left w:val="nil"/>
              <w:bottom w:val="nil"/>
              <w:right w:val="nil"/>
              <w:insideH w:val="nil"/>
              <w:insideV w:val="nil"/>
            </w:tcBorders>
          </w:tcPr>
          <w:p>
            <w:pPr>
              <w:jc w:val="center"/>
            </w:pPr>
            <w:r>
              <w:t>Commission Expiration: __________________</w:t>
            </w:r>
          </w:p>
        </w:tc>
      </w:tr>
      <w:tr>
        <w:tc>
          <w:tcPr>
            <w:tcW w:type="dxa" w:w="4986"/>
            <w:tcBorders>
              <w:top w:val="nil"/>
              <w:left w:val="nil"/>
              <w:bottom w:val="nil"/>
              <w:right w:val="nil"/>
              <w:insideH w:val="nil"/>
              <w:insideV w:val="nil"/>
            </w:tcBorders>
          </w:tcPr>
          <w:p>
            <w:pPr>
              <w:jc w:val="center"/>
            </w:pPr>
            <w:r>
              <w:t>Notary Seal:</w:t>
            </w:r>
          </w:p>
        </w:tc>
        <w:tc>
          <w:tcPr>
            <w:tcW w:type="dxa" w:w="4986"/>
            <w:tcBorders>
              <w:top w:val="nil"/>
              <w:left w:val="nil"/>
              <w:bottom w:val="nil"/>
              <w:right w:val="nil"/>
              <w:insideH w:val="nil"/>
              <w:insideV w:val="nil"/>
            </w:tcBorders>
          </w:tcPr>
          <w:p>
            <w:pPr>
              <w:jc w:val="center"/>
            </w:pPr>
            <w:r>
              <w:t>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https://letterdocs-us.com/citizenship-letter-of-recommendation/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citizenship-letter-of-recommendation/"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