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CHARITABLE DONATION ACKNOWLEDGEMENT LETTER</w:t>
      </w:r>
    </w:p>
    <w:p/>
    <w:p/>
    <w:p>
      <w:r>
        <w:rPr>
          <w:b/>
          <w:sz w:val="20"/>
        </w:rPr>
        <w:t>Donor Information:</w:t>
      </w:r>
    </w:p>
    <w:p>
      <w:r>
        <w:rPr>
          <w:b w:val="0"/>
          <w:sz w:val="20"/>
        </w:rPr>
        <w:t>Full Name / Organization: ____________________________________________________________</w:t>
      </w:r>
    </w:p>
    <w:p>
      <w:r>
        <w:rPr>
          <w:b w:val="0"/>
          <w:sz w:val="20"/>
        </w:rPr>
        <w:t>Address: ___________________________________________________________________________</w:t>
      </w:r>
    </w:p>
    <w:p>
      <w:r>
        <w:rPr>
          <w:b w:val="0"/>
          <w:sz w:val="20"/>
        </w:rPr>
        <w:t>City, State, ZIP: ___________________________________________________________________</w:t>
      </w:r>
    </w:p>
    <w:p>
      <w:r>
        <w:rPr>
          <w:b w:val="0"/>
          <w:sz w:val="20"/>
        </w:rPr>
        <w:t>Phone: _____________________________________________________________________________</w:t>
      </w:r>
    </w:p>
    <w:p>
      <w:r>
        <w:rPr>
          <w:b w:val="0"/>
          <w:sz w:val="20"/>
        </w:rPr>
        <w:t>Email: _____________________________________________________________________________</w:t>
      </w:r>
    </w:p>
    <w:p/>
    <w:p>
      <w:r>
        <w:rPr>
          <w:b/>
          <w:sz w:val="20"/>
        </w:rPr>
        <w:t>Charity Information:</w:t>
      </w:r>
    </w:p>
    <w:p>
      <w:r>
        <w:rPr>
          <w:b w:val="0"/>
          <w:sz w:val="20"/>
        </w:rPr>
        <w:t>Name of Organization: _______________________________________________________________</w:t>
      </w:r>
    </w:p>
    <w:p>
      <w:r>
        <w:rPr>
          <w:b w:val="0"/>
          <w:sz w:val="20"/>
        </w:rPr>
        <w:t>Address: ___________________________________________________________________________</w:t>
      </w:r>
    </w:p>
    <w:p>
      <w:r>
        <w:rPr>
          <w:b w:val="0"/>
          <w:sz w:val="20"/>
        </w:rPr>
        <w:t>City, State, ZIP: ___________________________________________________________________</w:t>
      </w:r>
    </w:p>
    <w:p>
      <w:r>
        <w:rPr>
          <w:b w:val="0"/>
          <w:sz w:val="20"/>
        </w:rPr>
        <w:t>Phone: _____________________________________________________________________________</w:t>
      </w:r>
    </w:p>
    <w:p>
      <w:r>
        <w:rPr>
          <w:b w:val="0"/>
          <w:sz w:val="20"/>
        </w:rPr>
        <w:t>Email: _____________________________________________________________________________</w:t>
      </w:r>
    </w:p>
    <w:p/>
    <w:p>
      <w:r>
        <w:rPr>
          <w:b/>
          <w:sz w:val="20"/>
        </w:rPr>
        <w:t>Donation Details:</w:t>
      </w:r>
    </w:p>
    <w:p>
      <w:r>
        <w:rPr>
          <w:b w:val="0"/>
          <w:sz w:val="20"/>
        </w:rPr>
        <w:t>Type of Donation: ___________________________________________________________________</w:t>
      </w:r>
    </w:p>
    <w:p>
      <w:r>
        <w:rPr>
          <w:b w:val="0"/>
          <w:sz w:val="20"/>
        </w:rPr>
        <w:t>Description of Donation: _____________________________________________________________</w:t>
      </w:r>
    </w:p>
    <w:p>
      <w:r>
        <w:rPr>
          <w:b w:val="0"/>
          <w:sz w:val="20"/>
        </w:rPr>
        <w:t>____________________________________________________________________________________</w:t>
      </w:r>
    </w:p>
    <w:p>
      <w:r>
        <w:rPr>
          <w:b w:val="0"/>
          <w:sz w:val="20"/>
        </w:rPr>
        <w:t>____________________________________________________________________________________</w:t>
      </w:r>
    </w:p>
    <w:p>
      <w:r>
        <w:rPr>
          <w:b w:val="0"/>
          <w:sz w:val="20"/>
        </w:rPr>
        <w:t>Estimated Fair Market Value (if applicable): $_____________________</w:t>
      </w:r>
    </w:p>
    <w:p>
      <w:r>
        <w:rPr>
          <w:b w:val="0"/>
          <w:sz w:val="20"/>
        </w:rPr>
        <w:t>Method of Donation Delivery (e.g., in-person, mail, online): ____________________________</w:t>
      </w:r>
    </w:p>
    <w:p/>
    <w:p>
      <w:r>
        <w:rPr>
          <w:b/>
          <w:sz w:val="20"/>
        </w:rPr>
        <w:t>Acknowledgement of Donation:</w:t>
      </w:r>
    </w:p>
    <w:p>
      <w:r>
        <w:rPr>
          <w:b w:val="0"/>
          <w:sz w:val="20"/>
        </w:rPr>
        <w:t>This letter serves as an official acknowledgement of the charitable donation described above. No goods or services were provided in exchange for this donation, other than intangible religious benefits, if applicable. The donor is solely responsible for determining the value of the donation for income tax purposes.</w:t>
      </w:r>
    </w:p>
    <w:p/>
    <w:p>
      <w:r>
        <w:rPr>
          <w:b/>
          <w:sz w:val="20"/>
        </w:rPr>
        <w:t>IRS Compliance and Tax Deduction:</w:t>
      </w:r>
    </w:p>
    <w:p>
      <w:r>
        <w:rPr>
          <w:b w:val="0"/>
          <w:sz w:val="20"/>
        </w:rPr>
        <w:t>The organization is a qualified 501(c)(3) tax-exempt entity under United States Internal Revenue Code. Contributions to this organization are tax deductible to the extent allowed by law. Please retain this letter as evidence of your charitable contribution for your tax records. Consult your tax advisor regarding the deductibility of this donation.</w:t>
      </w:r>
    </w:p>
    <w:p/>
    <w:p>
      <w:r>
        <w:rPr>
          <w:b/>
          <w:sz w:val="20"/>
        </w:rPr>
        <w:t>No Valuation Provided:</w:t>
      </w:r>
    </w:p>
    <w:p>
      <w:r>
        <w:rPr>
          <w:b w:val="0"/>
          <w:sz w:val="20"/>
        </w:rPr>
        <w:t>The charity did not provide any valuation of goods or services received in exchange for this contribution. The donor acknowledges and agrees that it is their responsibility to determine the fair market value of donated property for tax purposes.</w:t>
      </w:r>
    </w:p>
    <w:p/>
    <w:p>
      <w:r>
        <w:rPr>
          <w:b/>
          <w:sz w:val="20"/>
        </w:rPr>
        <w:t>Liability Disclaimer:</w:t>
      </w:r>
    </w:p>
    <w:p>
      <w:r>
        <w:rPr>
          <w:b w:val="0"/>
          <w:sz w:val="20"/>
        </w:rPr>
        <w:t>The charity makes no representations or warranties regarding the tax deductibility or valuation of the donation. The donor releases the charity from any liability related to the tax treatment of this donation.</w:t>
      </w:r>
    </w:p>
    <w:p/>
    <w:p>
      <w:r>
        <w:rPr>
          <w:b/>
          <w:sz w:val="20"/>
        </w:rPr>
        <w:t>Governing Law and Jurisdiction:</w:t>
      </w:r>
    </w:p>
    <w:p>
      <w:r>
        <w:rPr>
          <w:b w:val="0"/>
          <w:sz w:val="20"/>
        </w:rPr>
        <w:t>This acknowledgement letter shall be governed by and construed in accordance with the laws of the United States of America and the applicable state in which the charity operates. Any disputes arising out of or relating to this acknowledgement shall be subject to the exclusive jurisdiction of the courts located within that state.</w:t>
      </w:r>
    </w:p>
    <w:p/>
    <w:p/>
    <w:p>
      <w:r>
        <w:rPr>
          <w:b/>
          <w:sz w:val="20"/>
        </w:rPr>
        <w:t>Signature of Authorized Representative of Charity:</w:t>
      </w:r>
    </w:p>
    <w:p>
      <w:r>
        <w:rPr>
          <w:b w:val="0"/>
          <w:sz w:val="20"/>
        </w:rPr>
        <w:t>Name: ________________________________________________</w:t>
      </w:r>
    </w:p>
    <w:p>
      <w:r>
        <w:rPr>
          <w:b w:val="0"/>
          <w:sz w:val="20"/>
        </w:rPr>
        <w:t>Title: _________________________________________________</w:t>
      </w:r>
    </w:p>
    <w:p>
      <w:r>
        <w:rPr>
          <w:b w:val="0"/>
          <w:sz w:val="20"/>
        </w:rPr>
        <w:t>Signature: _____________________________________________</w:t>
      </w:r>
    </w:p>
    <w:p>
      <w:r>
        <w:rPr>
          <w:b w:val="0"/>
          <w:sz w:val="20"/>
        </w:rPr>
        <w:t>Date: _________________________________________________</w:t>
      </w:r>
    </w:p>
    <w:p/>
    <w:p/>
    <w:p>
      <w:r>
        <w:rPr>
          <w:b/>
          <w:sz w:val="20"/>
        </w:rPr>
        <w:t>Signature of Donor (optional):</w:t>
      </w:r>
    </w:p>
    <w:p>
      <w:r>
        <w:rPr>
          <w:b w:val="0"/>
          <w:sz w:val="20"/>
        </w:rPr>
        <w:t>Name: ________________________________________________</w:t>
      </w:r>
    </w:p>
    <w:p>
      <w:r>
        <w:rPr>
          <w:b w:val="0"/>
          <w:sz w:val="20"/>
        </w:rPr>
        <w:t>Signature: _____________________________________________</w:t>
      </w:r>
    </w:p>
    <w:p>
      <w:r>
        <w:rPr>
          <w:b w:val="0"/>
          <w:sz w:val="20"/>
        </w:rPr>
        <w:t>Date: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 OF CHARITY</w:t>
            </w:r>
          </w:p>
        </w:tc>
        <w:tc>
          <w:tcPr>
            <w:tcW w:type="dxa" w:w="4986"/>
            <w:tcBorders>
              <w:top w:val="nil"/>
              <w:left w:val="nil"/>
              <w:bottom w:val="nil"/>
              <w:right w:val="nil"/>
              <w:insideH w:val="nil"/>
              <w:insideV w:val="nil"/>
            </w:tcBorders>
          </w:tcPr>
          <w:p>
            <w:pPr>
              <w:jc w:val="center"/>
            </w:pPr>
            <w:r>
              <w:t>DONOR (OPTIONAL)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https://letterdocs-us.com/charitable-donation-acknowledgement-letter/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haritable-donation-acknowledgemen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