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CEASE AND DESIST TRESPASSING LETTER</w:t>
      </w:r>
    </w:p>
    <w:p/>
    <w:p/>
    <w:p>
      <w:r>
        <w:rPr>
          <w:b/>
          <w:sz w:val="20"/>
        </w:rPr>
        <w:t>Sender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p>
      <w:r>
        <w:rPr>
          <w:b/>
          <w:sz w:val="20"/>
        </w:rPr>
        <w:t>Recipient Information:</w:t>
      </w:r>
    </w:p>
    <w:p>
      <w:r>
        <w:rPr>
          <w:b w:val="0"/>
          <w:sz w:val="20"/>
        </w:rPr>
        <w:t>Full Name: ____________________________________________________________</w:t>
      </w:r>
    </w:p>
    <w:p>
      <w:r>
        <w:rPr>
          <w:b w:val="0"/>
          <w:sz w:val="20"/>
        </w:rPr>
        <w:t>Address: ______________________________________________________________</w:t>
      </w:r>
    </w:p>
    <w:p/>
    <w:p/>
    <w:p>
      <w:r>
        <w:rPr>
          <w:b/>
          <w:sz w:val="20"/>
        </w:rPr>
        <w:t>To Whom It May Concern,</w:t>
      </w:r>
    </w:p>
    <w:p/>
    <w:p>
      <w:r>
        <w:rPr>
          <w:b w:val="0"/>
          <w:sz w:val="20"/>
        </w:rPr>
        <w:t>This letter serves as a formal demand that you immediately cease and desist all trespassing upon the property described below. It has come to my attention that you have entered or remain on the premises without my consent or legal right. Your continued presence constitutes unlawful trespass under United States law.</w:t>
      </w:r>
    </w:p>
    <w:p/>
    <w:p/>
    <w:p>
      <w:r>
        <w:rPr>
          <w:b/>
          <w:sz w:val="20"/>
        </w:rPr>
        <w:t>Property Description:</w:t>
      </w:r>
    </w:p>
    <w:p>
      <w:r>
        <w:rPr>
          <w:b w:val="0"/>
          <w:sz w:val="20"/>
        </w:rPr>
        <w:t>Address and/or legal description of the property: _________________________</w:t>
      </w:r>
    </w:p>
    <w:p>
      <w:r>
        <w:rPr>
          <w:b w:val="0"/>
          <w:sz w:val="20"/>
        </w:rPr>
        <w:t>______________________________________________________________________</w:t>
      </w:r>
    </w:p>
    <w:p/>
    <w:p/>
    <w:p>
      <w:r>
        <w:rPr>
          <w:b w:val="0"/>
          <w:sz w:val="20"/>
        </w:rPr>
        <w:t>I am the lawful owner/authorized agent of the above-described property. I have not granted you, nor any agent acting on your behalf, permission or license to enter, remain on, or use the property in any manner. Any such entry or use is unauthorized and illegal.</w:t>
      </w:r>
    </w:p>
    <w:p/>
    <w:p/>
    <w:p>
      <w:r>
        <w:rPr>
          <w:b/>
          <w:sz w:val="20"/>
        </w:rPr>
        <w:t>Demand:</w:t>
      </w:r>
    </w:p>
    <w:p>
      <w:r>
        <w:rPr>
          <w:b w:val="0"/>
          <w:sz w:val="20"/>
        </w:rPr>
        <w:t>You are hereby demanded to immediately cease and desist from all trespassing activities on the property. This includes, but is not limited to, entering, remaining upon, or using the property in any way whatsoever.</w:t>
      </w:r>
    </w:p>
    <w:p/>
    <w:p/>
    <w:p>
      <w:r>
        <w:rPr>
          <w:b/>
          <w:sz w:val="20"/>
        </w:rPr>
        <w:t>Legal Consequences:</w:t>
      </w:r>
    </w:p>
    <w:p>
      <w:r>
        <w:rPr>
          <w:b w:val="0"/>
          <w:sz w:val="20"/>
        </w:rPr>
        <w:t>If you fail to comply with this demand, I will pursue all available legal remedies against you, including but not limited to seeking injunctive relief, damages, and reimbursement of costs and attorney's fees incurred as a result of your unlawful trespass. This letter does not constitute a waiver of any rights or remedies I may have under applicable law.</w:t>
      </w:r>
    </w:p>
    <w:p/>
    <w:p/>
    <w:p>
      <w:r>
        <w:rPr>
          <w:b/>
          <w:sz w:val="20"/>
        </w:rPr>
        <w:t>Reservation of Rights:</w:t>
      </w:r>
    </w:p>
    <w:p>
      <w:r>
        <w:rPr>
          <w:b w:val="0"/>
          <w:sz w:val="20"/>
        </w:rPr>
        <w:t>All rights and remedies are hereby expressly reserved. Nothing in this letter shall be construed as a waiver or relinquishment of any rights, claims, or causes of action I have now or in the future.</w:t>
      </w:r>
    </w:p>
    <w:p/>
    <w:p/>
    <w:p>
      <w:r>
        <w:rPr>
          <w:b w:val="0"/>
          <w:sz w:val="20"/>
        </w:rPr>
        <w:t>Please govern yourself accordingly, and consider this your final warning to vacate and refrain from entering upon the property immediately and permanently.</w:t>
      </w:r>
    </w:p>
    <w:p/>
    <w:p/>
    <w:p/>
    <w:p>
      <w:r>
        <w:rPr>
          <w:b/>
          <w:sz w:val="20"/>
        </w:rPr>
        <w:t>Sincerely,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https://letterdocs-us.com/cease-and-desist-trespassing-letter/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cease-and-desist-trespassing-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