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VEHICLE GIFT LETTER</w:t>
      </w:r>
    </w:p>
    <w:p/>
    <w:p>
      <w:r>
        <w:rPr>
          <w:b w:val="0"/>
          <w:sz w:val="20"/>
        </w:rPr>
        <w:t>I, the undersigned Donor, do hereby give, transfer, and convey the following described motor vehicle as a gift to the Recipient named below, without any monetary consideration or expectation of compensation.</w:t>
      </w:r>
    </w:p>
    <w:p/>
    <w:p>
      <w:r>
        <w:rPr>
          <w:b/>
          <w:sz w:val="20"/>
        </w:rPr>
        <w:t>DONOR INFORMATION:</w:t>
      </w:r>
    </w:p>
    <w:p>
      <w:r>
        <w:rPr>
          <w:b w:val="0"/>
          <w:sz w:val="20"/>
        </w:rPr>
        <w:t>Full Name: ______________________________________________________________</w:t>
      </w:r>
    </w:p>
    <w:p>
      <w:r>
        <w:rPr>
          <w:b w:val="0"/>
          <w:sz w:val="20"/>
        </w:rPr>
        <w:t>Address: ________________________________________________________________</w:t>
      </w:r>
    </w:p>
    <w:p>
      <w:r>
        <w:rPr>
          <w:b w:val="0"/>
          <w:sz w:val="20"/>
        </w:rPr>
        <w:t>Phone Number: __________________________________________________________</w:t>
      </w:r>
    </w:p>
    <w:p>
      <w:r>
        <w:rPr>
          <w:b w:val="0"/>
          <w:sz w:val="20"/>
        </w:rPr>
        <w:t>Email Address: __________________________________________________________</w:t>
      </w:r>
    </w:p>
    <w:p>
      <w:r>
        <w:rPr>
          <w:b w:val="0"/>
          <w:sz w:val="20"/>
        </w:rPr>
        <w:t>Driver’s License or State ID Number: ____________________________________</w:t>
      </w:r>
    </w:p>
    <w:p/>
    <w:p>
      <w:r>
        <w:rPr>
          <w:b/>
          <w:sz w:val="20"/>
        </w:rPr>
        <w:t>RECIPIENT INFORMATION:</w:t>
      </w:r>
    </w:p>
    <w:p>
      <w:r>
        <w:rPr>
          <w:b w:val="0"/>
          <w:sz w:val="20"/>
        </w:rPr>
        <w:t>Full Name: ______________________________________________________________</w:t>
      </w:r>
    </w:p>
    <w:p>
      <w:r>
        <w:rPr>
          <w:b w:val="0"/>
          <w:sz w:val="20"/>
        </w:rPr>
        <w:t>Address: ________________________________________________________________</w:t>
      </w:r>
    </w:p>
    <w:p>
      <w:r>
        <w:rPr>
          <w:b w:val="0"/>
          <w:sz w:val="20"/>
        </w:rPr>
        <w:t>Phone Number: __________________________________________________________</w:t>
      </w:r>
    </w:p>
    <w:p>
      <w:r>
        <w:rPr>
          <w:b w:val="0"/>
          <w:sz w:val="20"/>
        </w:rPr>
        <w:t>Email Address: __________________________________________________________</w:t>
      </w:r>
    </w:p>
    <w:p>
      <w:r>
        <w:rPr>
          <w:b w:val="0"/>
          <w:sz w:val="20"/>
        </w:rPr>
        <w:t>Driver’s License or State ID Number: ____________________________________</w:t>
      </w:r>
    </w:p>
    <w:p/>
    <w:p>
      <w:r>
        <w:rPr>
          <w:b/>
          <w:sz w:val="20"/>
        </w:rPr>
        <w:t>VEHICLE INFORMATION:</w:t>
      </w:r>
    </w:p>
    <w:p>
      <w:r>
        <w:rPr>
          <w:b w:val="0"/>
          <w:sz w:val="20"/>
        </w:rPr>
        <w:t>Make: _________________________________________________________________</w:t>
      </w:r>
    </w:p>
    <w:p>
      <w:r>
        <w:rPr>
          <w:b w:val="0"/>
          <w:sz w:val="20"/>
        </w:rPr>
        <w:t>Model: ________________________________________________________________</w:t>
      </w:r>
    </w:p>
    <w:p>
      <w:r>
        <w:rPr>
          <w:b w:val="0"/>
          <w:sz w:val="20"/>
        </w:rPr>
        <w:t>Year: _________________________________________________________________</w:t>
      </w:r>
    </w:p>
    <w:p>
      <w:r>
        <w:rPr>
          <w:b w:val="0"/>
          <w:sz w:val="20"/>
        </w:rPr>
        <w:t>Vehicle Identification Number (VIN): ____________________________________</w:t>
      </w:r>
    </w:p>
    <w:p>
      <w:r>
        <w:rPr>
          <w:b w:val="0"/>
          <w:sz w:val="20"/>
        </w:rPr>
        <w:t>License Plate Number: _________________________________________________</w:t>
      </w:r>
    </w:p>
    <w:p>
      <w:r>
        <w:rPr>
          <w:b w:val="0"/>
          <w:sz w:val="20"/>
        </w:rPr>
        <w:t>Odometer Reading: _____________________________________________________ miles</w:t>
      </w:r>
    </w:p>
    <w:p>
      <w:r>
        <w:rPr>
          <w:b w:val="0"/>
          <w:sz w:val="20"/>
        </w:rPr>
        <w:t>Color: ________________________________________________________________</w:t>
      </w:r>
    </w:p>
    <w:p/>
    <w:p>
      <w:r>
        <w:rPr>
          <w:b/>
          <w:sz w:val="20"/>
        </w:rPr>
        <w:t>TERMS AND CONDITIONS OF GIFT:</w:t>
      </w:r>
    </w:p>
    <w:p>
      <w:r>
        <w:rPr>
          <w:b w:val="0"/>
          <w:sz w:val="20"/>
        </w:rPr>
        <w:t>1. The Donor affirms that they are the lawful owner of the vehicle described above and have full right and authority to gift it.</w:t>
      </w:r>
    </w:p>
    <w:p>
      <w:r>
        <w:rPr>
          <w:b w:val="0"/>
          <w:sz w:val="20"/>
        </w:rPr>
        <w:t>2. The vehicle is transferred to the Recipient as a gift without any warranties, express or implied, including but not limited to warranties of merchantability or fitness for a particular purpose.</w:t>
      </w:r>
    </w:p>
    <w:p>
      <w:r>
        <w:rPr>
          <w:b w:val="0"/>
          <w:sz w:val="20"/>
        </w:rPr>
        <w:t>3. The Donor makes no representations regarding the condition of the vehicle or the accuracy of the information provided.</w:t>
      </w:r>
    </w:p>
    <w:p>
      <w:r>
        <w:rPr>
          <w:b w:val="0"/>
          <w:sz w:val="20"/>
        </w:rPr>
        <w:t>4. The Recipient accepts the vehicle in its current ‘as-is’ condition, and the Donor shall have no liability for any defects or damages.</w:t>
      </w:r>
    </w:p>
    <w:p>
      <w:r>
        <w:rPr>
          <w:b w:val="0"/>
          <w:sz w:val="20"/>
        </w:rPr>
        <w:t>5. The Donor certifies that the vehicle is free from all liens, encumbrances, and claims, except as otherwise disclosed in writing to the Recipient.</w:t>
      </w:r>
    </w:p>
    <w:p>
      <w:r>
        <w:rPr>
          <w:b w:val="0"/>
          <w:sz w:val="20"/>
        </w:rPr>
        <w:t>6. The Recipient agrees to register the vehicle in their name with the appropriate state authorities and to comply with all applicable laws governing ownership and operation.</w:t>
      </w:r>
    </w:p>
    <w:p>
      <w:r>
        <w:rPr>
          <w:b w:val="0"/>
          <w:sz w:val="20"/>
        </w:rPr>
        <w:t>7. This Gift Letter is governed by and construed in accordance with the laws of the state in which the vehicle is registered.</w:t>
      </w:r>
    </w:p>
    <w:p/>
    <w:p>
      <w:r>
        <w:rPr>
          <w:b/>
          <w:sz w:val="20"/>
        </w:rPr>
        <w:t>NO CONSIDERATION CLAUSE:</w:t>
      </w:r>
    </w:p>
    <w:p>
      <w:r>
        <w:rPr>
          <w:b w:val="0"/>
          <w:sz w:val="20"/>
        </w:rPr>
        <w:t>This gift is made voluntarily and without any form of consideration, payment, or compensation of any kind. The Donor expressly disclaims any intent to sell or otherwise transfer the vehicle for value.</w:t>
      </w:r>
    </w:p>
    <w:p/>
    <w:p>
      <w:r>
        <w:rPr>
          <w:b/>
          <w:sz w:val="20"/>
        </w:rPr>
        <w:t>LIABILITY AND INDEMNIFICATION:</w:t>
      </w:r>
    </w:p>
    <w:p>
      <w:r>
        <w:rPr>
          <w:b w:val="0"/>
          <w:sz w:val="20"/>
        </w:rPr>
        <w:t>The Recipient agrees to indemnify and hold harmless the Donor from any and all claims, damages, liabilities, costs, or expenses arising out of or related to the use, ownership, or operation of the gifted vehicle after the date of transfer.</w:t>
      </w:r>
    </w:p>
    <w:p/>
    <w:p>
      <w:r>
        <w:rPr>
          <w:b/>
          <w:sz w:val="20"/>
        </w:rPr>
        <w:t>ENTIRE AGREEMENT:</w:t>
      </w:r>
    </w:p>
    <w:p>
      <w:r>
        <w:rPr>
          <w:b w:val="0"/>
          <w:sz w:val="20"/>
        </w:rPr>
        <w:t>This Vehicle Gift Letter constitutes the entire agreement between the Donor and Recipient with respect to the gift of the vehicle and supersedes any prior oral or written agreements or understandings.</w:t>
      </w:r>
    </w:p>
    <w:p/>
    <w:p>
      <w:r>
        <w:rPr>
          <w:b/>
          <w:sz w:val="20"/>
        </w:rPr>
        <w:t>SIGNATURES:</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DONOR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r>
        <w:rPr>
          <w:b/>
          <w:sz w:val="20"/>
        </w:rPr>
        <w:t>NOTARY ACKNOWLEDGMENT (OPTIONAL):</w:t>
      </w:r>
    </w:p>
    <w:p>
      <w:r>
        <w:rPr>
          <w:b w:val="0"/>
          <w:sz w:val="20"/>
        </w:rPr>
        <w:t>State of ___________________________</w:t>
      </w:r>
    </w:p>
    <w:p>
      <w:r>
        <w:rPr>
          <w:b w:val="0"/>
          <w:sz w:val="20"/>
        </w:rPr>
        <w:t>County of __________________________</w:t>
      </w:r>
    </w:p>
    <w:p>
      <w:r>
        <w:rPr>
          <w:b w:val="0"/>
          <w:sz w:val="20"/>
        </w:rPr>
        <w:t>On this ________ day of ________________, before me, the undersigned Notary Public, personally appeared the Donor and Recipient, known to me or satisfactorily proven to be the persons whose names are subscribed to this document, and acknowledged that they executed the same freely and voluntarily for the purposes therein expressed.</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Notary Public Signature:</w:t>
            </w:r>
          </w:p>
        </w:tc>
        <w:tc>
          <w:tcPr>
            <w:tcW w:type="dxa" w:w="4986"/>
            <w:tcBorders>
              <w:top w:val="nil"/>
              <w:left w:val="nil"/>
              <w:bottom w:val="nil"/>
              <w:right w:val="nil"/>
              <w:insideH w:val="nil"/>
              <w:insideV w:val="nil"/>
            </w:tcBorders>
          </w:tcPr>
          <w:p>
            <w:pPr>
              <w:jc w:val="left"/>
            </w:pPr>
            <w:r>
              <w:t>My Commission Expires:</w:t>
            </w:r>
          </w:p>
        </w:tc>
      </w:tr>
      <w:tr>
        <w:tc>
          <w:tcPr>
            <w:tcW w:type="dxa" w:w="4986"/>
            <w:tcBorders>
              <w:top w:val="nil"/>
              <w:left w:val="nil"/>
              <w:bottom w:val="nil"/>
              <w:right w:val="nil"/>
              <w:insideH w:val="nil"/>
              <w:insideV w:val="nil"/>
            </w:tcBorders>
          </w:tcPr>
          <w:p>
            <w:pPr>
              <w:jc w:val="left"/>
            </w:pPr>
            <w:r>
              <w:br/>
              <w:br/>
              <w:t>_______________________________</w:t>
            </w:r>
          </w:p>
        </w:tc>
        <w:tc>
          <w:tcPr>
            <w:tcW w:type="dxa" w:w="4986"/>
            <w:tcBorders>
              <w:top w:val="nil"/>
              <w:left w:val="nil"/>
              <w:bottom w:val="nil"/>
              <w:right w:val="nil"/>
              <w:insideH w:val="nil"/>
              <w:insideV w:val="nil"/>
            </w:tcBorders>
          </w:tcPr>
          <w:p>
            <w:pPr>
              <w:jc w:val="left"/>
            </w:pPr>
            <w:r>
              <w:br/>
              <w:br/>
              <w:t>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https://letterdocs-us.com/car-gift-letter/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car-gift-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