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CANCER DIAGNOSIS LETTER</w:t>
      </w:r>
    </w:p>
    <w:p/>
    <w:p/>
    <w:p>
      <w:r>
        <w:rPr>
          <w:b/>
          <w:sz w:val="20"/>
        </w:rPr>
        <w:t>Clinic/Hospital Name: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 w:val="0"/>
          <w:sz w:val="20"/>
        </w:rPr>
        <w:t>Address: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 w:val="0"/>
          <w:sz w:val="20"/>
        </w:rPr>
        <w:t>Phone: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 w:val="0"/>
          <w:sz w:val="20"/>
        </w:rPr>
        <w:t>Email:</w:t>
      </w:r>
    </w:p>
    <w:p>
      <w:r>
        <w:rPr>
          <w:b w:val="0"/>
          <w:sz w:val="20"/>
        </w:rPr>
        <w:t>______________________________________________________________</w:t>
      </w:r>
    </w:p>
    <w:p/>
    <w:p/>
    <w:p>
      <w:r>
        <w:rPr>
          <w:b/>
          <w:sz w:val="20"/>
        </w:rPr>
        <w:t>Patient Information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Date of Birth: _________________________________________________________</w:t>
      </w:r>
    </w:p>
    <w:p>
      <w:r>
        <w:rPr>
          <w:b w:val="0"/>
          <w:sz w:val="20"/>
        </w:rPr>
        <w:t>Patient ID/Medical Record No.: __________________________________________</w:t>
      </w:r>
    </w:p>
    <w:p>
      <w:r>
        <w:rPr>
          <w:b w:val="0"/>
          <w:sz w:val="20"/>
        </w:rPr>
        <w:t>Address: _______________________________________________________________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</w:t>
      </w:r>
    </w:p>
    <w:p/>
    <w:p/>
    <w:p>
      <w:r>
        <w:rPr>
          <w:b/>
          <w:sz w:val="20"/>
        </w:rPr>
        <w:t>Diagnosing Physician Information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License Number: _______________________________________________________</w:t>
      </w:r>
    </w:p>
    <w:p>
      <w:r>
        <w:rPr>
          <w:b w:val="0"/>
          <w:sz w:val="20"/>
        </w:rPr>
        <w:t>Department: ___________________________________________________________</w:t>
      </w:r>
    </w:p>
    <w:p>
      <w:r>
        <w:rPr>
          <w:b w:val="0"/>
          <w:sz w:val="20"/>
        </w:rPr>
        <w:t>Contact Number: 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</w:t>
      </w:r>
    </w:p>
    <w:p/>
    <w:p/>
    <w:p>
      <w:r>
        <w:rPr>
          <w:b/>
          <w:sz w:val="20"/>
        </w:rPr>
        <w:t>Diagnosis Details</w:t>
      </w:r>
    </w:p>
    <w:p>
      <w:r>
        <w:rPr>
          <w:b w:val="0"/>
          <w:sz w:val="20"/>
        </w:rPr>
        <w:t>Based on the clinical evaluation, diagnostic imaging, laboratory tests, and histopathological analysis, the following diagnosis is confirmed:</w:t>
      </w:r>
    </w:p>
    <w:p>
      <w:r>
        <w:rPr>
          <w:b/>
          <w:sz w:val="20"/>
        </w:rPr>
        <w:t>Cancer Type/Diagnosis: _________________________________________________</w:t>
      </w:r>
    </w:p>
    <w:p>
      <w:r>
        <w:rPr>
          <w:b w:val="0"/>
          <w:sz w:val="20"/>
        </w:rPr>
        <w:t>Specific Subtype/Histology (if applicable): _______________________________</w:t>
      </w:r>
    </w:p>
    <w:p>
      <w:r>
        <w:rPr>
          <w:b w:val="0"/>
          <w:sz w:val="20"/>
        </w:rPr>
        <w:t>Tumor Location: ________________________________________________________</w:t>
      </w:r>
    </w:p>
    <w:p>
      <w:r>
        <w:rPr>
          <w:b w:val="0"/>
          <w:sz w:val="20"/>
        </w:rPr>
        <w:t>Stage (TNM or other classification): _____________________________________</w:t>
      </w:r>
    </w:p>
    <w:p>
      <w:r>
        <w:rPr>
          <w:b w:val="0"/>
          <w:sz w:val="20"/>
        </w:rPr>
        <w:t>Grade: ________________________________________________________________</w:t>
      </w:r>
    </w:p>
    <w:p>
      <w:r>
        <w:rPr>
          <w:b w:val="0"/>
          <w:sz w:val="20"/>
        </w:rPr>
        <w:t>Additional Findings: ___________________________________________________</w:t>
      </w:r>
    </w:p>
    <w:p/>
    <w:p/>
    <w:p>
      <w:r>
        <w:rPr>
          <w:b/>
          <w:sz w:val="20"/>
        </w:rPr>
        <w:t>Clinical Summary</w:t>
      </w:r>
    </w:p>
    <w:p>
      <w:r>
        <w:rPr>
          <w:b w:val="0"/>
          <w:sz w:val="20"/>
        </w:rPr>
        <w:t>The patient presented with the following symptoms and clinical signs: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Diagnostic procedures performed:</w:t>
      </w:r>
    </w:p>
    <w:p>
      <w:r>
        <w:rPr>
          <w:b w:val="0"/>
          <w:sz w:val="20"/>
        </w:rPr>
        <w:t>- Imaging: ______________________________________________________________</w:t>
      </w:r>
    </w:p>
    <w:p>
      <w:r>
        <w:rPr>
          <w:b w:val="0"/>
          <w:sz w:val="20"/>
        </w:rPr>
        <w:t>- Laboratory/Pathology: _________________________________________________</w:t>
      </w:r>
    </w:p>
    <w:p>
      <w:r>
        <w:rPr>
          <w:b w:val="0"/>
          <w:sz w:val="20"/>
        </w:rPr>
        <w:t>- Other: _______________________________________________________________</w:t>
      </w:r>
    </w:p>
    <w:p>
      <w:r>
        <w:rPr>
          <w:b w:val="0"/>
          <w:sz w:val="20"/>
        </w:rPr>
        <w:t>Summary of findings: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/>
    <w:p>
      <w:r>
        <w:rPr>
          <w:b/>
          <w:sz w:val="20"/>
        </w:rPr>
        <w:t>Treatment Recommendations</w:t>
      </w:r>
    </w:p>
    <w:p>
      <w:r>
        <w:rPr>
          <w:b w:val="0"/>
          <w:sz w:val="20"/>
        </w:rPr>
        <w:t>Based on the diagnosis, the following treatment plan is recommended:</w:t>
      </w:r>
    </w:p>
    <w:p>
      <w:r>
        <w:rPr>
          <w:b w:val="0"/>
          <w:sz w:val="20"/>
        </w:rPr>
        <w:t>Type(s) of Treatment (check applicable):</w:t>
      </w:r>
    </w:p>
    <w:p>
      <w:r>
        <w:rPr>
          <w:b w:val="0"/>
          <w:sz w:val="20"/>
        </w:rPr>
        <w:t>[ ] Surgery</w:t>
      </w:r>
    </w:p>
    <w:p>
      <w:r>
        <w:rPr>
          <w:b w:val="0"/>
          <w:sz w:val="20"/>
        </w:rPr>
        <w:t>[ ] Chemotherapy</w:t>
      </w:r>
    </w:p>
    <w:p>
      <w:r>
        <w:rPr>
          <w:b w:val="0"/>
          <w:sz w:val="20"/>
        </w:rPr>
        <w:t>[ ] Radiation Therapy</w:t>
      </w:r>
    </w:p>
    <w:p>
      <w:r>
        <w:rPr>
          <w:b w:val="0"/>
          <w:sz w:val="20"/>
        </w:rPr>
        <w:t>[ ] Immunotherapy</w:t>
      </w:r>
    </w:p>
    <w:p>
      <w:r>
        <w:rPr>
          <w:b w:val="0"/>
          <w:sz w:val="20"/>
        </w:rPr>
        <w:t>[ ] Targeted Therapy</w:t>
      </w:r>
    </w:p>
    <w:p>
      <w:r>
        <w:rPr>
          <w:b w:val="0"/>
          <w:sz w:val="20"/>
        </w:rPr>
        <w:t>[ ] Hormone Therapy</w:t>
      </w:r>
    </w:p>
    <w:p>
      <w:r>
        <w:rPr>
          <w:b w:val="0"/>
          <w:sz w:val="20"/>
        </w:rPr>
        <w:t>[ ] Palliative Care</w:t>
      </w:r>
    </w:p>
    <w:p>
      <w:r>
        <w:rPr>
          <w:b w:val="0"/>
          <w:sz w:val="20"/>
        </w:rPr>
        <w:t>[ ] Other: _____________________________________________________________</w:t>
      </w:r>
    </w:p>
    <w:p>
      <w:r>
        <w:rPr>
          <w:b w:val="0"/>
          <w:sz w:val="20"/>
        </w:rPr>
        <w:t>Recommended Treatment Plan Details: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Possible side effects and considerations have been discussed with the patient.</w:t>
      </w:r>
    </w:p>
    <w:p/>
    <w:p/>
    <w:p>
      <w:r>
        <w:rPr>
          <w:b/>
          <w:sz w:val="20"/>
        </w:rPr>
        <w:t>Prognosis</w:t>
      </w:r>
    </w:p>
    <w:p>
      <w:r>
        <w:rPr>
          <w:b w:val="0"/>
          <w:sz w:val="20"/>
        </w:rPr>
        <w:t>The expected prognosis has been explained to the patient, including potential outcomes and factors influencing survival and quality of life.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/>
    <w:p>
      <w:r>
        <w:rPr>
          <w:b/>
          <w:sz w:val="20"/>
        </w:rPr>
        <w:t>Consent and Confidentiality</w:t>
      </w:r>
    </w:p>
    <w:p>
      <w:r>
        <w:rPr>
          <w:b w:val="0"/>
          <w:sz w:val="20"/>
        </w:rPr>
        <w:t>The patient has been informed about the diagnosis, treatment options, risks, and benefits. The patient’s questions have been addressed satisfactorily.</w:t>
      </w:r>
    </w:p>
    <w:p>
      <w:r>
        <w:rPr>
          <w:b w:val="0"/>
          <w:sz w:val="20"/>
        </w:rPr>
        <w:t>All medical information contained in this letter is confidential and shall only be disclosed with the patient’s consent or as required by law.</w:t>
      </w:r>
    </w:p>
    <w:p/>
    <w:p/>
    <w:p>
      <w:r>
        <w:rPr>
          <w:b/>
          <w:sz w:val="20"/>
        </w:rPr>
        <w:t>Legal Disclaimer</w:t>
      </w:r>
    </w:p>
    <w:p>
      <w:r>
        <w:rPr>
          <w:b w:val="0"/>
          <w:sz w:val="20"/>
        </w:rPr>
        <w:t>This letter constitutes a medical document prepared by the attending physician based on clinical and diagnostic findings. It is intended for use by the patient and authorized medical personnel.</w:t>
      </w:r>
    </w:p>
    <w:p>
      <w:r>
        <w:rPr>
          <w:b w:val="0"/>
          <w:sz w:val="20"/>
        </w:rPr>
        <w:t>The issuing physician and medical institution disclaim liability for any use of this document beyond its intended purpose or without appropriate medical consultation.</w:t>
      </w:r>
    </w:p>
    <w:p/>
    <w:p/>
    <w:p>
      <w:r>
        <w:rPr>
          <w:b/>
          <w:sz w:val="20"/>
        </w:rPr>
        <w:t>Prepared by:</w:t>
      </w:r>
    </w:p>
    <w:p>
      <w:r>
        <w:rPr>
          <w:b w:val="0"/>
          <w:sz w:val="20"/>
        </w:rPr>
        <w:t>Physician Signature: _____________________________________________</w:t>
      </w:r>
    </w:p>
    <w:p>
      <w:r>
        <w:rPr>
          <w:b w:val="0"/>
          <w:sz w:val="20"/>
        </w:rPr>
        <w:t>Name (Printed): _________________________________________________</w:t>
      </w:r>
    </w:p>
    <w:p>
      <w:r>
        <w:rPr>
          <w:b w:val="0"/>
          <w:sz w:val="20"/>
        </w:rPr>
        <w:t>Title: __________________________________________________________</w:t>
      </w:r>
    </w:p>
    <w:p>
      <w:r>
        <w:rPr>
          <w:b w:val="0"/>
          <w:sz w:val="20"/>
        </w:rPr>
        <w:t>Date: ___________________________</w:t>
      </w:r>
    </w:p>
    <w:p/>
    <w:p/>
    <w:p>
      <w:r>
        <w:rPr>
          <w:b/>
          <w:sz w:val="20"/>
        </w:rPr>
        <w:t>Acknowledged by Patient:</w:t>
      </w:r>
    </w:p>
    <w:p>
      <w:r>
        <w:rPr>
          <w:b w:val="0"/>
          <w:sz w:val="20"/>
        </w:rPr>
        <w:t>Patient Signature: ______________________________________________</w:t>
      </w:r>
    </w:p>
    <w:p>
      <w:r>
        <w:rPr>
          <w:b w:val="0"/>
          <w:sz w:val="20"/>
        </w:rPr>
        <w:t>Name (Printed): _________________________________________________</w:t>
      </w:r>
    </w:p>
    <w:p>
      <w:r>
        <w:rPr>
          <w:b w:val="0"/>
          <w:sz w:val="20"/>
        </w:rPr>
        <w:t>Date: 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Physician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Patient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(Printed): 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(Printed): 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https://letterdocs-us.com/cancer-diagnosis-letter/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https://letterdocs-us.com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letterdocs-us.com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erdocs-us.com/cancer-diagnosis-letter/" TargetMode="External"/><Relationship Id="rId10" Type="http://schemas.openxmlformats.org/officeDocument/2006/relationships/hyperlink" Target="https://letterdocs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