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BUSINESS CHANGE OF ADDRESS LETTER</w:t>
      </w:r>
    </w:p>
    <w:p/>
    <w:p/>
    <w:p>
      <w:r>
        <w:rPr>
          <w:b/>
          <w:sz w:val="20"/>
        </w:rPr>
        <w:t>From:</w:t>
      </w:r>
    </w:p>
    <w:p>
      <w:r>
        <w:rPr>
          <w:b w:val="0"/>
          <w:sz w:val="20"/>
        </w:rPr>
        <w:t>Business Name: ______________________________________________________________</w:t>
      </w:r>
    </w:p>
    <w:p>
      <w:r>
        <w:rPr>
          <w:b w:val="0"/>
          <w:sz w:val="20"/>
        </w:rPr>
        <w:t>Current Address: _____________________________________________________________</w:t>
      </w:r>
    </w:p>
    <w:p>
      <w:r>
        <w:rPr>
          <w:b w:val="0"/>
          <w:sz w:val="20"/>
        </w:rPr>
        <w:t>City, State, ZIP: _____________________________________________________________</w:t>
      </w:r>
    </w:p>
    <w:p>
      <w:r>
        <w:rPr>
          <w:b w:val="0"/>
          <w:sz w:val="20"/>
        </w:rPr>
        <w:t>Phone Number: _______________________________________________________________</w:t>
      </w:r>
    </w:p>
    <w:p>
      <w:r>
        <w:rPr>
          <w:b w:val="0"/>
          <w:sz w:val="20"/>
        </w:rPr>
        <w:t>Email Address: _______________________________________________________________</w:t>
      </w:r>
    </w:p>
    <w:p/>
    <w:p/>
    <w:p>
      <w:r>
        <w:rPr>
          <w:b/>
          <w:sz w:val="20"/>
        </w:rPr>
        <w:t>To:</w:t>
      </w:r>
    </w:p>
    <w:p>
      <w:r>
        <w:rPr>
          <w:b w:val="0"/>
          <w:sz w:val="20"/>
        </w:rPr>
        <w:t>Recipient Name or Department: _________________________________________________</w:t>
      </w:r>
    </w:p>
    <w:p>
      <w:r>
        <w:rPr>
          <w:b w:val="0"/>
          <w:sz w:val="20"/>
        </w:rPr>
        <w:t>Company/Organization: _________________________________________________________</w:t>
      </w:r>
    </w:p>
    <w:p>
      <w:r>
        <w:rPr>
          <w:b w:val="0"/>
          <w:sz w:val="20"/>
        </w:rPr>
        <w:t>Recipient Address: ____________________________________________________________</w:t>
      </w:r>
    </w:p>
    <w:p>
      <w:r>
        <w:rPr>
          <w:b w:val="0"/>
          <w:sz w:val="20"/>
        </w:rPr>
        <w:t>City, State, ZIP: _____________________________________________________________</w:t>
      </w:r>
    </w:p>
    <w:p/>
    <w:p/>
    <w:p>
      <w:r>
        <w:rPr>
          <w:b/>
          <w:sz w:val="20"/>
        </w:rPr>
        <w:t>Subject: Notification of Change of Business Address</w:t>
      </w:r>
    </w:p>
    <w:p/>
    <w:p/>
    <w:p>
      <w:r>
        <w:rPr>
          <w:b w:val="0"/>
          <w:sz w:val="20"/>
        </w:rPr>
        <w:t>Dear Sir or Madam,</w:t>
      </w:r>
    </w:p>
    <w:p/>
    <w:p>
      <w:r>
        <w:rPr>
          <w:b w:val="0"/>
          <w:sz w:val="20"/>
        </w:rPr>
        <w:t>We are writing to formally notify you that our business has changed its physical address. This notification is to ensure that all correspondence, deliveries, and official communications are sent to our new location without interruption.</w:t>
      </w:r>
    </w:p>
    <w:p/>
    <w:p/>
    <w:p>
      <w:r>
        <w:rPr>
          <w:b/>
          <w:sz w:val="20"/>
        </w:rPr>
        <w:t>New Business Address:</w:t>
      </w:r>
    </w:p>
    <w:p>
      <w:r>
        <w:rPr>
          <w:b w:val="0"/>
          <w:sz w:val="20"/>
        </w:rPr>
        <w:t>Street Address: ______________________________________________________________</w:t>
      </w:r>
    </w:p>
    <w:p>
      <w:r>
        <w:rPr>
          <w:b w:val="0"/>
          <w:sz w:val="20"/>
        </w:rPr>
        <w:t>City: _______________________________  State: ____________  ZIP Code: __________</w:t>
      </w:r>
    </w:p>
    <w:p/>
    <w:p/>
    <w:p>
      <w:r>
        <w:rPr>
          <w:b w:val="0"/>
          <w:sz w:val="20"/>
        </w:rPr>
        <w:t>Please update your records accordingly to reflect this change effective immediately upon receipt of this letter.</w:t>
      </w:r>
    </w:p>
    <w:p/>
    <w:p/>
    <w:p>
      <w:r>
        <w:rPr>
          <w:b w:val="0"/>
          <w:sz w:val="20"/>
        </w:rPr>
        <w:t>We kindly request that you confirm receipt of this change of address notification and update your records accordingly. Should you require any additional information or documentation to facilitate this update, please do not hesitate to contact us.</w:t>
      </w:r>
    </w:p>
    <w:p/>
    <w:p/>
    <w:p>
      <w:r>
        <w:rPr>
          <w:b w:val="0"/>
          <w:sz w:val="20"/>
        </w:rPr>
        <w:t>Please note that all business operations, including phone numbers and email addresses, remain unchanged unless otherwise notified.</w:t>
      </w:r>
    </w:p>
    <w:p/>
    <w:p/>
    <w:p>
      <w:r>
        <w:rPr>
          <w:b w:val="0"/>
          <w:sz w:val="20"/>
        </w:rPr>
        <w:t>Thank you for your attention to this important matter. We appreciate your cooperation in ensuring a smooth transition.</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Witness (if applicable)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Name/Title: __________________________</w:t>
            </w:r>
          </w:p>
        </w:tc>
        <w:tc>
          <w:tcPr>
            <w:tcW w:type="dxa" w:w="4986"/>
            <w:tcBorders>
              <w:top w:val="nil"/>
              <w:left w:val="nil"/>
              <w:bottom w:val="nil"/>
              <w:right w:val="nil"/>
              <w:insideH w:val="nil"/>
              <w:insideV w:val="nil"/>
            </w:tcBorders>
          </w:tcPr>
          <w:p>
            <w:pPr>
              <w:jc w:val="center"/>
            </w:pPr>
            <w:r>
              <w:t>Name/Title: __________________________</w:t>
            </w:r>
          </w:p>
        </w:tc>
      </w:tr>
    </w:tbl>
    <w:p/>
    <w:p/>
    <w:p>
      <w:r>
        <w:rPr>
          <w:b/>
          <w:sz w:val="20"/>
        </w:rPr>
        <w:t>Legal Notice:</w:t>
      </w:r>
    </w:p>
    <w:p>
      <w:r>
        <w:rPr>
          <w:b w:val="0"/>
          <w:sz w:val="20"/>
        </w:rPr>
        <w:t>This letter serves as a formal notice of change of business address and is intended to update your records accordingly. Failure to update contact information may result in misdirected correspondence or delays in business communications. This notice does not modify any contractual obligations or agreements unless explicitly stated in a separate document. All parties must comply with applicable United States laws regarding notification of address changes.</w:t>
      </w:r>
    </w:p>
    <w:p/>
    <w:p/>
    <w:p>
      <w:r>
        <w:rPr>
          <w:b/>
          <w:sz w:val="20"/>
        </w:rPr>
        <w:t>For any questions or further information, please contact:</w:t>
      </w:r>
    </w:p>
    <w:p>
      <w:r>
        <w:rPr>
          <w:b w:val="0"/>
          <w:sz w:val="20"/>
        </w:rPr>
        <w:t>Name: ________________________________________________________________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https://letterdocs-us.com/business-change-of-address-letter/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business-change-of-address-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