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 Letter of Introduction and Recommendation</w:t>
      </w:r>
    </w:p>
    <w:p/>
    <w:p/>
    <w:p>
      <w:r>
        <w:rPr>
          <w:b w:val="0"/>
          <w:sz w:val="20"/>
        </w:rPr>
        <w:t>To Whom It May Concern,</w:t>
      </w:r>
    </w:p>
    <w:p/>
    <w:p>
      <w:r>
        <w:rPr>
          <w:b w:val="0"/>
          <w:sz w:val="20"/>
        </w:rPr>
        <w:t>It is with great pleasure and sincere regard that I introduce the bearer of this letter, a person of impeccable character and commendable standing in society. Their conduct and demeanor are beyond reproach, possessing the qualities befitting a member of refined circles.</w:t>
      </w:r>
    </w:p>
    <w:p/>
    <w:p>
      <w:r>
        <w:rPr>
          <w:b w:val="0"/>
          <w:sz w:val="20"/>
        </w:rPr>
        <w:t>This letter serves to affirm the bearer's suitability for any engagement or acquaintance they seek to establish within your esteemed company or social assembly. Their discretion, intelligence, and grace are worthy of your utmost consideration.</w:t>
      </w:r>
    </w:p>
    <w:p/>
    <w:p>
      <w:r>
        <w:rPr>
          <w:b w:val="0"/>
          <w:sz w:val="20"/>
        </w:rPr>
        <w:t>Known to me for an extended period, the bearer has demonstrated unwavering loyalty, honor, and respectability. Their reputation is sterling, and their presence invariably elevates the tone of any gathering or enterprise.</w:t>
      </w:r>
    </w:p>
    <w:p/>
    <w:p>
      <w:r>
        <w:rPr>
          <w:b w:val="0"/>
          <w:sz w:val="20"/>
        </w:rPr>
        <w:t>In addition to admirable personal qualities, the bearer possesses numerous talents and accomplishments that render them a valuable associate. Their wit and conversation are engaging, and their manners are exemplary.</w:t>
      </w:r>
    </w:p>
    <w:p/>
    <w:p>
      <w:r>
        <w:rPr>
          <w:b w:val="0"/>
          <w:sz w:val="20"/>
        </w:rPr>
        <w:t>I therefore wholeheartedly recommend the bearer without reservation. I am confident that their conduct and abilities will meet the highest expectations and contribute positively to any endeavor or relationship they pursue.</w:t>
      </w:r>
    </w:p>
    <w:p/>
    <w:p>
      <w:r>
        <w:rPr>
          <w:b w:val="0"/>
          <w:sz w:val="20"/>
        </w:rPr>
        <w:t>Should you require any further information or assurance regarding the bearer’s character or qualifications, please do not hesitate to contact me. I remain at your service to provide any necessary testimony.</w:t>
      </w:r>
    </w:p>
    <w:p/>
    <w:p/>
    <w:p>
      <w:r>
        <w:rPr>
          <w:b w:val="0"/>
          <w:sz w:val="20"/>
        </w:rPr>
        <w:t>With the highest respect and esteem,</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Sincerely,</w:t>
            </w:r>
          </w:p>
        </w:tc>
        <w:tc>
          <w:tcPr>
            <w:tcW w:type="dxa" w:w="4986"/>
            <w:tcBorders>
              <w:top w:val="nil"/>
              <w:left w:val="nil"/>
              <w:bottom w:val="nil"/>
              <w:right w:val="nil"/>
              <w:insideH w:val="nil"/>
              <w:insideV w:val="nil"/>
            </w:tcBorders>
          </w:tcPr>
          <w:p>
            <w:pPr>
              <w:jc w:val="center"/>
            </w:pPr>
            <w:r>
              <w:t>Acknowledged by,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val="0"/>
          <w:sz w:val="20"/>
        </w:rPr>
        <w:t>This letter is issued in good faith and intended for lawful use within the jurisdiction of the United States of America. Any misuse or misrepresentation of its contents is strictly prohibited and subject to legal action.</w:t>
      </w:r>
    </w:p>
    <w:p>
      <w:r>
        <w:br w:type="page"/>
      </w:r>
    </w:p>
    <w:p>
      <w:pPr>
        <w:jc w:val="center"/>
      </w:pPr>
      <w:r>
        <w:rPr>
          <w:color w:val="555555"/>
          <w:sz w:val="24"/>
        </w:rPr>
        <w:t>Original source of this document:</w:t>
      </w:r>
    </w:p>
    <w:p>
      <w:pPr>
        <w:jc w:val="center"/>
      </w:pPr>
      <w:hyperlink r:id="rId9">
        <w:r>
          <w:rPr>
            <w:color w:val="0000FF"/>
            <w:u w:val="single"/>
          </w:rPr>
          <w:t>https://letterdocs-us.com/bridgerton-letter/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bridgert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