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BREAKUP LETTER</w:t>
      </w:r>
    </w:p>
    <w:p/>
    <w:p/>
    <w:p>
      <w:r>
        <w:rPr>
          <w:b/>
          <w:sz w:val="20"/>
        </w:rPr>
        <w:t>To:</w:t>
      </w:r>
    </w:p>
    <w:p>
      <w:r>
        <w:rPr>
          <w:b w:val="0"/>
          <w:sz w:val="20"/>
        </w:rPr>
        <w:t>Name: ____________________________________________________________</w:t>
      </w:r>
    </w:p>
    <w:p>
      <w:r>
        <w:rPr>
          <w:b w:val="0"/>
          <w:sz w:val="20"/>
        </w:rPr>
        <w:t>Address: _________________________________________________________</w:t>
      </w:r>
    </w:p>
    <w:p>
      <w:r>
        <w:rPr>
          <w:b w:val="0"/>
          <w:sz w:val="20"/>
        </w:rPr>
        <w:t>City, State, ZIP Code: ______________________________________________</w:t>
      </w:r>
    </w:p>
    <w:p/>
    <w:p/>
    <w:p>
      <w:r>
        <w:rPr>
          <w:b/>
          <w:sz w:val="20"/>
        </w:rPr>
        <w:t>From:</w:t>
      </w:r>
    </w:p>
    <w:p>
      <w:r>
        <w:rPr>
          <w:b w:val="0"/>
          <w:sz w:val="20"/>
        </w:rPr>
        <w:t>Name: ____________________________________________________________</w:t>
      </w:r>
    </w:p>
    <w:p>
      <w:r>
        <w:rPr>
          <w:b w:val="0"/>
          <w:sz w:val="20"/>
        </w:rPr>
        <w:t>Address: _________________________________________________________</w:t>
      </w:r>
    </w:p>
    <w:p>
      <w:r>
        <w:rPr>
          <w:b w:val="0"/>
          <w:sz w:val="20"/>
        </w:rPr>
        <w:t>City, State, ZIP Code: ______________________________________________</w:t>
      </w:r>
    </w:p>
    <w:p/>
    <w:p/>
    <w:p>
      <w:r>
        <w:rPr>
          <w:b w:val="0"/>
          <w:sz w:val="20"/>
        </w:rPr>
        <w:t>Dear ________________________________,</w:t>
      </w:r>
    </w:p>
    <w:p/>
    <w:p/>
    <w:p>
      <w:r>
        <w:rPr>
          <w:b w:val="0"/>
          <w:sz w:val="20"/>
        </w:rPr>
        <w:t>I am writing this letter to formally communicate my decision to end our romantic relationship. This decision has not been made lightly, and after careful consideration, I believe it is in the best interest of both of us to move forward separately.</w:t>
      </w:r>
    </w:p>
    <w:p/>
    <w:p/>
    <w:p>
      <w:r>
        <w:rPr>
          <w:b/>
          <w:sz w:val="20"/>
        </w:rPr>
        <w:t>Reasons for Ending the Relationship:</w:t>
      </w:r>
    </w:p>
    <w:p>
      <w:r>
        <w:rPr>
          <w:b w:val="0"/>
          <w:sz w:val="20"/>
        </w:rPr>
        <w:t>Please understand that this decision is based on the following considerations:</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p>
      <w:r>
        <w:rPr>
          <w:b w:val="0"/>
          <w:sz w:val="20"/>
        </w:rPr>
        <w:t>I want to acknowledge the meaningful moments and experiences we have shared during our time together. I truly value the times we spent and the memories we created.</w:t>
      </w:r>
    </w:p>
    <w:p/>
    <w:p/>
    <w:p>
      <w:r>
        <w:rPr>
          <w:b/>
          <w:sz w:val="20"/>
        </w:rPr>
        <w:t>Moving Forward:</w:t>
      </w:r>
    </w:p>
    <w:p>
      <w:r>
        <w:rPr>
          <w:b w:val="0"/>
          <w:sz w:val="20"/>
        </w:rPr>
        <w:t>I believe it is important for both of us to have space and time to heal and grow individually. I kindly ask that we respect each other’s boundaries and privacy during this transition.</w:t>
      </w:r>
    </w:p>
    <w:p>
      <w:r>
        <w:rPr>
          <w:b w:val="0"/>
          <w:sz w:val="20"/>
        </w:rPr>
        <w:t>If necessary, I am open to discussing any arrangements or matters that require our mutual attention in a respectful and amicable manner.</w:t>
      </w:r>
    </w:p>
    <w:p/>
    <w:p/>
    <w:p>
      <w:r>
        <w:rPr>
          <w:b/>
          <w:sz w:val="20"/>
        </w:rPr>
        <w:t>Personal Belongings and Property:</w:t>
      </w:r>
    </w:p>
    <w:p>
      <w:r>
        <w:rPr>
          <w:b w:val="0"/>
          <w:sz w:val="20"/>
        </w:rPr>
        <w:t>Please arrange for the retrieval of any personal belongings you may have at my residence or any shared locations within the next ______ days. Any shared property should be discussed and divided fairly and amicably.</w:t>
      </w:r>
    </w:p>
    <w:p/>
    <w:p/>
    <w:p>
      <w:r>
        <w:rPr>
          <w:b/>
          <w:sz w:val="20"/>
        </w:rPr>
        <w:t>Confidentiality and Privacy:</w:t>
      </w:r>
    </w:p>
    <w:p>
      <w:r>
        <w:rPr>
          <w:b w:val="0"/>
          <w:sz w:val="20"/>
        </w:rPr>
        <w:t>I expect that both of us will maintain confidentiality regarding the private aspects of our relationship and this breakup. Sharing intimate details or private information with third parties is not acceptable and may have legal consequences.</w:t>
      </w:r>
    </w:p>
    <w:p/>
    <w:p/>
    <w:p>
      <w:r>
        <w:rPr>
          <w:b/>
          <w:sz w:val="20"/>
        </w:rPr>
        <w:t>Legal Considerations:</w:t>
      </w:r>
    </w:p>
    <w:p>
      <w:r>
        <w:rPr>
          <w:b w:val="0"/>
          <w:sz w:val="20"/>
        </w:rPr>
        <w:t>This letter is intended to serve as a clear and formal notice of termination of our relationship. It is not intended to waive any rights or obligations that may arise under applicable law, including but not limited to property rights or agreements we may have entered into. Any disputes arising from this breakup shall be resolved in accordance with the laws of the United States and the jurisdiction in which either party resides.</w:t>
      </w:r>
    </w:p>
    <w:p/>
    <w:p/>
    <w:p>
      <w:r>
        <w:rPr>
          <w:b w:val="0"/>
          <w:sz w:val="20"/>
        </w:rPr>
        <w:t>I wish you well in your future endeavors and hope that we can both find happiness moving forward.</w:t>
      </w:r>
    </w:p>
    <w:p/>
    <w:p/>
    <w:p/>
    <w:p>
      <w:r>
        <w:rPr>
          <w:b w:val="0"/>
          <w:sz w:val="20"/>
        </w:rPr>
        <w:t>Sincerely,</w:t>
      </w:r>
    </w:p>
    <w:p/>
    <w:p/>
    <w:p/>
    <w:p/>
    <w:p>
      <w:r>
        <w:rPr>
          <w:b w:val="0"/>
          <w:sz w:val="20"/>
        </w:rPr>
        <w:t>______________________________</w:t>
      </w:r>
    </w:p>
    <w:p>
      <w:r>
        <w:rPr>
          <w:b w:val="0"/>
          <w:sz w:val="20"/>
        </w:rPr>
        <w:t>Signature</w:t>
      </w:r>
    </w:p>
    <w:p>
      <w:r>
        <w:rPr>
          <w:b w:val="0"/>
          <w:sz w:val="20"/>
        </w:rPr>
        <w:t>______________________________</w:t>
      </w:r>
    </w:p>
    <w:p>
      <w:r>
        <w:rPr>
          <w:b w:val="0"/>
          <w:sz w:val="20"/>
        </w:rPr>
        <w:t>Printed Name</w:t>
      </w:r>
    </w:p>
    <w:p/>
    <w:p/>
    <w:p/>
    <w:p>
      <w:r>
        <w:rPr>
          <w:b w:val="0"/>
          <w:sz w:val="20"/>
        </w:rPr>
        <w:t>Place: ____________________________________</w:t>
      </w:r>
    </w:p>
    <w:p>
      <w:r>
        <w:rPr>
          <w:b w:val="0"/>
          <w:sz w:val="20"/>
        </w:rPr>
        <w:t>Date: 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https://letterdocs-us.com/break-up-letter/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break-up-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